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3BDB3A2D" w14:textId="77777777" w:rsidTr="00904500">
        <w:trPr>
          <w:trHeight w:val="726"/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044DE873" w14:textId="4CA62C7E" w:rsidR="008646D8" w:rsidRPr="00762DE0" w:rsidRDefault="00762DE0" w:rsidP="000B5058">
            <w:pPr>
              <w:spacing w:before="240" w:after="240" w:line="360" w:lineRule="auto"/>
              <w:jc w:val="center"/>
              <w:rPr>
                <w:rFonts w:cs="Arial"/>
                <w:b/>
                <w:bCs/>
                <w:sz w:val="32"/>
                <w:szCs w:val="32"/>
                <w:lang w:val="en-GB" w:eastAsia="ja-JP"/>
              </w:rPr>
            </w:pPr>
            <w:r w:rsidRPr="00762DE0">
              <w:rPr>
                <w:b/>
                <w:bCs/>
                <w:sz w:val="44"/>
                <w:szCs w:val="36"/>
                <w:lang w:val="es-ES"/>
              </w:rPr>
              <w:t>Sobrevivientes: por favor, haz un video y envíanoslo</w:t>
            </w:r>
          </w:p>
        </w:tc>
      </w:tr>
    </w:tbl>
    <w:p w14:paraId="6453A53D" w14:textId="3F3FB86C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6264"/>
      </w:tblGrid>
      <w:tr w:rsidR="008646D8" w14:paraId="54A8613B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D8B5FF" w14:textId="6D870F03" w:rsidR="00E71C31" w:rsidRDefault="001D32B2" w:rsidP="00E71C31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anchor distT="0" distB="0" distL="114300" distR="114300" simplePos="0" relativeHeight="251658240" behindDoc="0" locked="0" layoutInCell="1" allowOverlap="1" wp14:anchorId="0B8F91AD" wp14:editId="51EBB6DB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-1931035</wp:posOffset>
                  </wp:positionV>
                  <wp:extent cx="2047875" cy="2171700"/>
                  <wp:effectExtent l="0" t="0" r="9525" b="0"/>
                  <wp:wrapThrough wrapText="bothSides">
                    <wp:wrapPolygon edited="0">
                      <wp:start x="0" y="0"/>
                      <wp:lineTo x="0" y="21411"/>
                      <wp:lineTo x="21500" y="21411"/>
                      <wp:lineTo x="21500" y="0"/>
                      <wp:lineTo x="0" y="0"/>
                    </wp:wrapPolygon>
                  </wp:wrapThrough>
                  <wp:docPr id="2937963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C58130" w14:textId="339B4C31" w:rsidR="00E71C31" w:rsidRDefault="00E71C31" w:rsidP="00E71C31">
            <w:pPr>
              <w:spacing w:after="0"/>
              <w:jc w:val="center"/>
            </w:pPr>
          </w:p>
          <w:p w14:paraId="0933A7BE" w14:textId="443D4137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es-ES"/>
              </w:rPr>
              <w:drawing>
                <wp:anchor distT="0" distB="0" distL="114300" distR="114300" simplePos="0" relativeHeight="251660288" behindDoc="0" locked="0" layoutInCell="1" allowOverlap="1" wp14:anchorId="404550A1" wp14:editId="10CAB113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153035</wp:posOffset>
                  </wp:positionV>
                  <wp:extent cx="1692275" cy="3886200"/>
                  <wp:effectExtent l="0" t="0" r="3175" b="0"/>
                  <wp:wrapNone/>
                  <wp:docPr id="311687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8728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388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1FDF0E" w14:textId="001FBEA8" w:rsidR="00E71C31" w:rsidRDefault="00E71C31" w:rsidP="00E71C31">
            <w:pPr>
              <w:spacing w:after="0"/>
              <w:jc w:val="center"/>
            </w:pPr>
          </w:p>
          <w:p w14:paraId="7EAA0B03" w14:textId="0D162BD1" w:rsidR="00E71C31" w:rsidRDefault="00E71C31" w:rsidP="00E71C31">
            <w:pPr>
              <w:spacing w:after="0"/>
              <w:jc w:val="center"/>
            </w:pPr>
          </w:p>
          <w:p w14:paraId="22E79F63" w14:textId="63BC2751" w:rsidR="00E71C31" w:rsidRDefault="00E71C31" w:rsidP="00E71C31">
            <w:pPr>
              <w:spacing w:after="0"/>
              <w:jc w:val="center"/>
            </w:pPr>
          </w:p>
          <w:p w14:paraId="18E0811B" w14:textId="3DAF5D3D" w:rsidR="00E71C31" w:rsidRDefault="00E71C31" w:rsidP="00E71C31">
            <w:pPr>
              <w:spacing w:after="0"/>
              <w:jc w:val="center"/>
            </w:pPr>
          </w:p>
          <w:p w14:paraId="75B86F48" w14:textId="048319E7" w:rsidR="00E71C31" w:rsidRDefault="00E71C31" w:rsidP="00E71C31">
            <w:pPr>
              <w:spacing w:after="0"/>
              <w:jc w:val="center"/>
            </w:pPr>
          </w:p>
          <w:p w14:paraId="5F8F116E" w14:textId="2D1F5482" w:rsidR="00E71C31" w:rsidRDefault="00E71C31" w:rsidP="00E71C31">
            <w:pPr>
              <w:spacing w:after="0"/>
              <w:jc w:val="center"/>
            </w:pPr>
          </w:p>
          <w:p w14:paraId="29BC7152" w14:textId="6D0B80B1" w:rsidR="00E71C31" w:rsidRDefault="00E71C31" w:rsidP="00E71C31">
            <w:pPr>
              <w:spacing w:after="0"/>
              <w:jc w:val="center"/>
            </w:pPr>
          </w:p>
          <w:p w14:paraId="608A114A" w14:textId="77777777" w:rsidR="00E71C31" w:rsidRDefault="00E71C31" w:rsidP="00E71C31">
            <w:pPr>
              <w:spacing w:after="0"/>
              <w:jc w:val="center"/>
            </w:pPr>
          </w:p>
          <w:p w14:paraId="6DA24F05" w14:textId="5D4F813E" w:rsidR="00E71C31" w:rsidRDefault="00E71C31" w:rsidP="00E71C31">
            <w:pPr>
              <w:spacing w:after="0"/>
              <w:jc w:val="center"/>
            </w:pPr>
          </w:p>
          <w:p w14:paraId="4FB4A227" w14:textId="799CE67E" w:rsidR="00E71C31" w:rsidRDefault="00E71C31" w:rsidP="00E71C31">
            <w:pPr>
              <w:spacing w:after="0"/>
              <w:jc w:val="center"/>
            </w:pPr>
          </w:p>
          <w:p w14:paraId="04BCA565" w14:textId="77777777" w:rsidR="00E71C31" w:rsidRDefault="00E71C31" w:rsidP="00E71C31">
            <w:pPr>
              <w:spacing w:after="0"/>
              <w:jc w:val="center"/>
            </w:pPr>
          </w:p>
          <w:p w14:paraId="2F91E668" w14:textId="77777777" w:rsidR="00E71C31" w:rsidRDefault="00E71C31" w:rsidP="00E71C31">
            <w:pPr>
              <w:spacing w:after="0"/>
              <w:jc w:val="center"/>
            </w:pPr>
          </w:p>
          <w:p w14:paraId="540FD3CF" w14:textId="77777777" w:rsidR="00E71C31" w:rsidRDefault="00E71C31" w:rsidP="00E71C31">
            <w:pPr>
              <w:spacing w:after="0"/>
              <w:jc w:val="center"/>
            </w:pPr>
          </w:p>
          <w:p w14:paraId="197CDD1C" w14:textId="77777777" w:rsidR="00E71C31" w:rsidRDefault="00E71C31" w:rsidP="00E71C31">
            <w:pPr>
              <w:spacing w:after="0"/>
              <w:jc w:val="center"/>
            </w:pPr>
          </w:p>
          <w:p w14:paraId="086ADD1E" w14:textId="77777777" w:rsidR="00E71C31" w:rsidRDefault="00E71C31" w:rsidP="00E71C31">
            <w:pPr>
              <w:spacing w:after="0"/>
              <w:jc w:val="center"/>
            </w:pPr>
          </w:p>
          <w:p w14:paraId="61A325DF" w14:textId="77777777" w:rsidR="00E71C31" w:rsidRDefault="00E71C31" w:rsidP="00E71C31">
            <w:pPr>
              <w:spacing w:after="0"/>
              <w:jc w:val="center"/>
            </w:pPr>
          </w:p>
          <w:p w14:paraId="14CA00D4" w14:textId="77777777" w:rsidR="00E71C31" w:rsidRDefault="00E71C31" w:rsidP="00E71C31">
            <w:pPr>
              <w:spacing w:after="0"/>
              <w:jc w:val="center"/>
            </w:pPr>
          </w:p>
          <w:p w14:paraId="0A54F891" w14:textId="77777777" w:rsidR="00E71C31" w:rsidRDefault="00E71C31" w:rsidP="00E71C31">
            <w:pPr>
              <w:spacing w:after="0"/>
              <w:jc w:val="center"/>
            </w:pPr>
          </w:p>
          <w:p w14:paraId="7477C3AA" w14:textId="77777777" w:rsidR="00E71C31" w:rsidRDefault="00E71C31" w:rsidP="00E71C31">
            <w:pPr>
              <w:spacing w:after="0"/>
              <w:jc w:val="center"/>
            </w:pPr>
          </w:p>
          <w:p w14:paraId="03B9F1D0" w14:textId="54C1F9AC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es-ES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3F4BE59" wp14:editId="665FBFBE">
                  <wp:simplePos x="0" y="0"/>
                  <wp:positionH relativeFrom="column">
                    <wp:posOffset>-98425</wp:posOffset>
                  </wp:positionH>
                  <wp:positionV relativeFrom="paragraph">
                    <wp:posOffset>20955</wp:posOffset>
                  </wp:positionV>
                  <wp:extent cx="2019300" cy="2774315"/>
                  <wp:effectExtent l="0" t="0" r="0" b="6985"/>
                  <wp:wrapNone/>
                  <wp:docPr id="689854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85474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E9AD1" w14:textId="77777777" w:rsidR="00E71C31" w:rsidRDefault="00E71C31" w:rsidP="00E71C31">
            <w:pPr>
              <w:spacing w:after="0"/>
              <w:jc w:val="center"/>
            </w:pPr>
          </w:p>
          <w:p w14:paraId="43EBF4CB" w14:textId="77777777" w:rsidR="00E71C31" w:rsidRDefault="00E71C31" w:rsidP="00E71C31">
            <w:pPr>
              <w:spacing w:after="0"/>
              <w:jc w:val="center"/>
            </w:pPr>
          </w:p>
          <w:p w14:paraId="78607E18" w14:textId="77777777" w:rsidR="00E71C31" w:rsidRDefault="00E71C31" w:rsidP="00E71C31">
            <w:pPr>
              <w:spacing w:after="0"/>
              <w:jc w:val="center"/>
            </w:pPr>
          </w:p>
          <w:p w14:paraId="2803A754" w14:textId="77777777" w:rsidR="00E71C31" w:rsidRDefault="00E71C31" w:rsidP="00E71C31">
            <w:pPr>
              <w:spacing w:after="0"/>
              <w:jc w:val="center"/>
            </w:pPr>
          </w:p>
          <w:p w14:paraId="7018A41E" w14:textId="77777777" w:rsidR="00E71C31" w:rsidRDefault="00E71C31" w:rsidP="00E71C31">
            <w:pPr>
              <w:spacing w:after="0"/>
              <w:jc w:val="center"/>
            </w:pPr>
          </w:p>
          <w:p w14:paraId="15BBEBEC" w14:textId="77777777" w:rsidR="00E71C31" w:rsidRDefault="00E71C31" w:rsidP="00E71C31">
            <w:pPr>
              <w:spacing w:after="0"/>
              <w:jc w:val="center"/>
            </w:pPr>
          </w:p>
          <w:p w14:paraId="41AE072F" w14:textId="77777777" w:rsidR="00E71C31" w:rsidRDefault="00E71C31" w:rsidP="00E71C31">
            <w:pPr>
              <w:spacing w:after="0"/>
              <w:jc w:val="center"/>
            </w:pPr>
          </w:p>
          <w:p w14:paraId="2AC5790B" w14:textId="77777777" w:rsidR="00E71C31" w:rsidRDefault="00E71C31" w:rsidP="00E71C31">
            <w:pPr>
              <w:spacing w:after="0"/>
              <w:jc w:val="center"/>
            </w:pPr>
          </w:p>
          <w:p w14:paraId="3B6A15E6" w14:textId="77777777" w:rsidR="00E71C31" w:rsidRDefault="00E71C31" w:rsidP="00E71C31">
            <w:pPr>
              <w:spacing w:after="0"/>
              <w:jc w:val="center"/>
            </w:pPr>
          </w:p>
          <w:p w14:paraId="24405CD0" w14:textId="77777777" w:rsidR="00E71C31" w:rsidRDefault="00E71C31" w:rsidP="00E71C31">
            <w:pPr>
              <w:spacing w:after="0"/>
              <w:jc w:val="center"/>
            </w:pPr>
          </w:p>
          <w:p w14:paraId="1F9761C0" w14:textId="77777777" w:rsidR="00E71C31" w:rsidRDefault="00E71C31" w:rsidP="00E71C31">
            <w:pPr>
              <w:spacing w:after="0"/>
              <w:jc w:val="center"/>
            </w:pPr>
          </w:p>
          <w:p w14:paraId="77F70DA4" w14:textId="54356603" w:rsidR="00E71C31" w:rsidRDefault="00EA5B0C" w:rsidP="00E71C31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67E5C5EB" wp14:editId="74E6A641">
                  <wp:extent cx="2240280" cy="19375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cam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93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505BCCC" w14:textId="6F341370" w:rsidR="00F94CEF" w:rsidRDefault="00F94CEF">
            <w:pPr>
              <w:spacing w:after="0" w:line="269" w:lineRule="auto"/>
            </w:pPr>
            <w:r>
              <w:rPr>
                <w:lang w:val="es-ES"/>
              </w:rPr>
              <w:t>Me llamo Chiaki Nakayama.</w:t>
            </w:r>
            <w:r w:rsidR="0082106B">
              <w:rPr>
                <w:lang w:val="es-ES"/>
              </w:rPr>
            </w:r>
            <w:r w:rsidR="0082106B" w:rsidRPr="0082106B">
              <w:rPr>
                <w:lang w:val="es-ES"/>
              </w:rPr>
            </w:r>
            <w:r>
              <w:rPr>
                <w:lang w:val="es-ES"/>
              </w:rPr>
            </w:r>
          </w:p>
          <w:p w14:paraId="1D126144" w14:textId="77777777" w:rsidR="00F94CEF" w:rsidRDefault="00F94CEF">
            <w:pPr>
              <w:spacing w:after="0" w:line="269" w:lineRule="auto"/>
            </w:pPr>
          </w:p>
          <w:p w14:paraId="021BF787" w14:textId="2385EE7E" w:rsidR="00F94CEF" w:rsidRDefault="00F94CEF">
            <w:pPr>
              <w:spacing w:after="0" w:line="269" w:lineRule="auto"/>
            </w:pPr>
            <w:r>
              <w:rPr>
                <w:lang w:val="es-ES"/>
              </w:rPr>
              <w:t>Soy una persona autogestora de Japón y sobreviviente de instituciones.</w:t>
            </w:r>
          </w:p>
          <w:p w14:paraId="76FA56CA" w14:textId="77777777" w:rsidR="00F94CEF" w:rsidRDefault="00F94CEF">
            <w:pPr>
              <w:spacing w:after="0" w:line="269" w:lineRule="auto"/>
            </w:pPr>
          </w:p>
          <w:p w14:paraId="5A46974B" w14:textId="77806DEB" w:rsidR="00F94CEF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Inclusion International tiene una red mundial de personas sobrevivientes de instituciones.</w:t>
            </w:r>
            <w:r>
              <w:rPr>
                <w:lang w:val="es-ES"/>
              </w:rPr>
            </w:r>
            <w:r w:rsidRPr="00E71C31">
              <w:rPr>
                <w:lang w:val="es-ES"/>
              </w:rPr>
            </w:r>
          </w:p>
          <w:p w14:paraId="31720184" w14:textId="77777777" w:rsidR="00F94CEF" w:rsidRDefault="00F94CEF">
            <w:pPr>
              <w:spacing w:after="0" w:line="269" w:lineRule="auto"/>
            </w:pPr>
          </w:p>
          <w:p w14:paraId="29DA5BFC" w14:textId="61270830" w:rsidR="00E71C31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Este grupo se llama Survivors Network. En español quiere decir: Red de Sobrevivientes.</w:t>
            </w:r>
            <w:r>
              <w:rPr>
                <w:lang w:val="es-ES"/>
              </w:rPr>
            </w:r>
            <w:r w:rsidRPr="00E71C31">
              <w:rPr>
                <w:lang w:val="es-ES"/>
              </w:rPr>
            </w:r>
          </w:p>
          <w:p w14:paraId="49EBBCD8" w14:textId="34E49AD7" w:rsidR="00F94CEF" w:rsidRDefault="00F94CEF">
            <w:pPr>
              <w:spacing w:after="0" w:line="269" w:lineRule="auto"/>
            </w:pPr>
          </w:p>
          <w:p w14:paraId="0B423F26" w14:textId="451E3C51" w:rsidR="00F94CEF" w:rsidRDefault="00F94CEF">
            <w:pPr>
              <w:spacing w:after="0" w:line="269" w:lineRule="auto"/>
            </w:pPr>
            <w:r>
              <w:rPr>
                <w:lang w:val="es-ES"/>
              </w:rPr>
              <w:t>Yo soy la persona que preside el Survivors Network.</w:t>
            </w:r>
          </w:p>
          <w:p w14:paraId="0479F73C" w14:textId="77777777" w:rsidR="00E71C31" w:rsidRDefault="00E71C31">
            <w:pPr>
              <w:spacing w:after="0" w:line="269" w:lineRule="auto"/>
            </w:pPr>
          </w:p>
          <w:p w14:paraId="70D9DCE8" w14:textId="3D3C58D3" w:rsidR="00E71C31" w:rsidRDefault="00E71C31" w:rsidP="00E71C31">
            <w:pPr>
              <w:spacing w:after="0" w:line="269" w:lineRule="auto"/>
            </w:pPr>
            <w:r w:rsidRPr="00E71C31">
              <w:rPr>
                <w:lang w:val="es-ES"/>
              </w:rPr>
              <w:t>Una institución es cualquier lugar donde las personas con discapacidad:</w:t>
            </w:r>
            <w:r>
              <w:rPr>
                <w:lang w:val="es-ES"/>
              </w:rPr>
            </w:r>
            <w:r w:rsidRPr="00E71C31">
              <w:rPr>
                <w:lang w:val="es-ES"/>
              </w:rPr>
            </w:r>
            <w:r>
              <w:rPr>
                <w:lang w:val="es-ES"/>
              </w:rPr>
            </w:r>
          </w:p>
          <w:p w14:paraId="6294F771" w14:textId="45E2DD8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es-ES"/>
              </w:rPr>
              <w:t>están separadas de la comunidad.</w:t>
            </w:r>
          </w:p>
          <w:p w14:paraId="4FFE78C9" w14:textId="3A40CA12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es-ES"/>
              </w:rPr>
              <w:t>no deciden sobre su vida ni sobre las cosas del día a día, como quién las cuida y qué hacen con su tiempo.</w:t>
            </w:r>
          </w:p>
          <w:p w14:paraId="57E1E58E" w14:textId="72B682C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>
              <w:rPr>
                <w:lang w:val="es-ES"/>
              </w:rPr>
              <w:t>no ven respetados sus derechos</w:t>
            </w:r>
          </w:p>
          <w:p w14:paraId="3D8C5554" w14:textId="77777777" w:rsidR="00E71C31" w:rsidRDefault="00E71C31">
            <w:pPr>
              <w:spacing w:after="0" w:line="269" w:lineRule="auto"/>
            </w:pPr>
          </w:p>
          <w:p w14:paraId="062391DA" w14:textId="77777777" w:rsidR="00F94CEF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Una institución puede ser grande, cuando muchas personas viven juntas en el mismo lugar.</w:t>
            </w:r>
          </w:p>
          <w:p w14:paraId="770034A4" w14:textId="77777777" w:rsidR="00F94CEF" w:rsidRDefault="00F94CEF">
            <w:pPr>
              <w:spacing w:after="0" w:line="269" w:lineRule="auto"/>
            </w:pPr>
          </w:p>
          <w:p w14:paraId="6A3367CD" w14:textId="77777777" w:rsidR="00F94CEF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O puede ser pequeña, con solo unas pocas personas.</w:t>
            </w:r>
          </w:p>
          <w:p w14:paraId="2446E677" w14:textId="77777777" w:rsidR="00F94CEF" w:rsidRDefault="00F94CEF">
            <w:pPr>
              <w:spacing w:after="0" w:line="269" w:lineRule="auto"/>
            </w:pPr>
          </w:p>
          <w:p w14:paraId="6CB58205" w14:textId="512219DC" w:rsidR="00E71C31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Las instituciones pueden tener muchos nombres diferentes.</w:t>
            </w:r>
            <w:r>
              <w:rPr>
                <w:lang w:val="es-ES"/>
              </w:rPr>
            </w:r>
          </w:p>
          <w:p w14:paraId="50A7FEFB" w14:textId="77777777" w:rsidR="00E71C31" w:rsidRDefault="00E71C31">
            <w:pPr>
              <w:spacing w:after="0" w:line="269" w:lineRule="auto"/>
            </w:pPr>
          </w:p>
          <w:p w14:paraId="2CFC9CEC" w14:textId="77777777" w:rsidR="001D32B2" w:rsidRDefault="001D32B2">
            <w:pPr>
              <w:spacing w:after="0" w:line="269" w:lineRule="auto"/>
            </w:pPr>
          </w:p>
          <w:p w14:paraId="569BAF5F" w14:textId="77777777" w:rsidR="001D32B2" w:rsidRDefault="001D32B2">
            <w:pPr>
              <w:spacing w:after="0" w:line="269" w:lineRule="auto"/>
            </w:pPr>
          </w:p>
          <w:p w14:paraId="7A8DB466" w14:textId="77777777" w:rsidR="001D32B2" w:rsidRDefault="001D32B2">
            <w:pPr>
              <w:spacing w:after="0" w:line="269" w:lineRule="auto"/>
            </w:pPr>
          </w:p>
          <w:p w14:paraId="497958CF" w14:textId="77777777" w:rsidR="001D32B2" w:rsidRDefault="001D32B2">
            <w:pPr>
              <w:spacing w:after="0" w:line="269" w:lineRule="auto"/>
            </w:pPr>
          </w:p>
          <w:p w14:paraId="6E7E27F6" w14:textId="77777777" w:rsidR="001D32B2" w:rsidRDefault="001D32B2">
            <w:pPr>
              <w:spacing w:after="0" w:line="269" w:lineRule="auto"/>
            </w:pPr>
          </w:p>
          <w:p w14:paraId="06ADD5E0" w14:textId="4F50EC18" w:rsidR="00F94CEF" w:rsidRDefault="00E71C31">
            <w:pPr>
              <w:spacing w:after="0" w:line="269" w:lineRule="auto"/>
            </w:pPr>
            <w:r w:rsidRPr="00E71C31">
              <w:rPr>
                <w:lang w:val="es-ES"/>
              </w:rPr>
              <w:t>Las personas sobrevivientes de instituciones son personas que:</w:t>
            </w:r>
            <w:r w:rsidR="00F94CEF">
              <w:rPr>
                <w:lang w:val="es-ES"/>
              </w:rPr>
            </w:r>
          </w:p>
          <w:p w14:paraId="09490C2E" w14:textId="77777777" w:rsidR="00F94CEF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es-ES"/>
              </w:rPr>
              <w:t>vivieron en instituciones, salieron y ahora viven en la comunidad.</w:t>
            </w:r>
          </w:p>
          <w:p w14:paraId="5626049A" w14:textId="5264EC2B" w:rsidR="00E71C31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es-ES"/>
              </w:rPr>
              <w:t>todavía viven en instituciones, pero quieren salir.</w:t>
            </w:r>
          </w:p>
          <w:p w14:paraId="5067DB95" w14:textId="173E17A3" w:rsidR="00E71C31" w:rsidRDefault="00E71C31">
            <w:pPr>
              <w:spacing w:after="0" w:line="269" w:lineRule="auto"/>
            </w:pPr>
          </w:p>
          <w:p w14:paraId="3B4719A7" w14:textId="4783FCD8" w:rsidR="00E71C31" w:rsidRDefault="00E71C31">
            <w:pPr>
              <w:spacing w:after="0" w:line="269" w:lineRule="auto"/>
            </w:pPr>
            <w:r>
              <w:rPr>
                <w:lang w:val="es-ES"/>
              </w:rPr>
              <w:t>El Survivors Network de Inclusion International quiere que más personas entiendan qué son las instituciones y qué viven las personas sobrevivientes.</w:t>
            </w:r>
            <w:r w:rsidR="00F94CEF">
              <w:rPr>
                <w:lang w:val="es-ES"/>
              </w:rPr>
            </w:r>
            <w:r>
              <w:rPr>
                <w:lang w:val="es-ES"/>
              </w:rPr>
            </w:r>
          </w:p>
          <w:p w14:paraId="6F03F2CB" w14:textId="77777777" w:rsidR="00E71C31" w:rsidRDefault="00E71C31">
            <w:pPr>
              <w:spacing w:after="0" w:line="269" w:lineRule="auto"/>
            </w:pPr>
          </w:p>
          <w:p w14:paraId="3E465073" w14:textId="0A1BB8F0" w:rsidR="00F94CEF" w:rsidRDefault="00E71C31">
            <w:pPr>
              <w:spacing w:after="0" w:line="269" w:lineRule="auto"/>
            </w:pPr>
            <w:r>
              <w:rPr>
                <w:lang w:val="es-ES"/>
              </w:rPr>
              <w:t>Para lograrlo, estamos reuniendo videos de personas sobrevivientes.</w:t>
            </w:r>
            <w:r w:rsidR="001D32B2">
              <w:rPr>
                <w:lang w:val="es-ES"/>
              </w:rPr>
            </w:r>
            <w:r>
              <w:rPr>
                <w:lang w:val="es-ES"/>
              </w:rPr>
            </w:r>
          </w:p>
          <w:p w14:paraId="6C82F867" w14:textId="77777777" w:rsidR="00F94CEF" w:rsidRDefault="00F94CEF">
            <w:pPr>
              <w:spacing w:after="0" w:line="269" w:lineRule="auto"/>
            </w:pPr>
          </w:p>
          <w:p w14:paraId="71D55BF9" w14:textId="46E792A7" w:rsidR="00E71C31" w:rsidRDefault="00E71C31">
            <w:pPr>
              <w:spacing w:after="0" w:line="269" w:lineRule="auto"/>
            </w:pPr>
            <w:r>
              <w:rPr>
                <w:lang w:val="es-ES"/>
              </w:rPr>
              <w:t>Los videos nos ayudarán a pedir que las instituciones cierren.</w:t>
            </w:r>
          </w:p>
          <w:p w14:paraId="3E84E231" w14:textId="77777777" w:rsidR="00E71C31" w:rsidRDefault="00E71C31">
            <w:pPr>
              <w:spacing w:after="0" w:line="269" w:lineRule="auto"/>
            </w:pPr>
          </w:p>
          <w:p w14:paraId="4140F51E" w14:textId="77777777" w:rsidR="00E71C31" w:rsidRDefault="00E71C31">
            <w:pPr>
              <w:spacing w:after="0" w:line="269" w:lineRule="auto"/>
            </w:pPr>
          </w:p>
          <w:p w14:paraId="5BD34FC7" w14:textId="7BF44BCD" w:rsidR="008646D8" w:rsidRDefault="000B5058">
            <w:pPr>
              <w:spacing w:after="0" w:line="269" w:lineRule="auto"/>
            </w:pPr>
            <w:r>
              <w:rPr>
                <w:lang w:val="es-ES"/>
              </w:rPr>
              <w:t>Este cuadernillo explica a las personas sobrevivientes de qué nos gustaría que hablaran en su video sobre la desinstitucionalización.</w:t>
            </w:r>
            <w:r w:rsidR="0082106B">
              <w:rPr>
                <w:lang w:val="es-ES"/>
              </w:rPr>
            </w:r>
            <w:r>
              <w:rPr>
                <w:lang w:val="es-ES"/>
              </w:rPr>
            </w:r>
          </w:p>
        </w:tc>
      </w:tr>
      <w:tr w:rsidR="008646D8" w14:paraId="65286CF1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A6E967" w14:textId="60A5581B" w:rsidR="008646D8" w:rsidRDefault="008646D8">
            <w:pPr>
              <w:spacing w:after="0"/>
              <w:jc w:val="center"/>
            </w:pP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054ED82" w14:textId="4231DDDF" w:rsidR="008646D8" w:rsidRDefault="008646D8">
            <w:pPr>
              <w:spacing w:after="0" w:line="269" w:lineRule="auto"/>
            </w:pPr>
          </w:p>
        </w:tc>
      </w:tr>
      <w:tr w:rsidR="008646D8" w14:paraId="7BD031D2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E835C9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3A03819B" wp14:editId="338FE4B6">
                  <wp:extent cx="2011680" cy="20116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lis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C3F9427" w14:textId="77777777" w:rsidR="00F20221" w:rsidRDefault="00F20221" w:rsidP="00F20221">
            <w:pPr>
              <w:spacing w:after="140" w:line="269" w:lineRule="auto"/>
            </w:pPr>
            <w:r>
              <w:rPr>
                <w:rFonts w:hint="eastAsia"/>
                <w:b/>
                <w:color w:val="000000"/>
                <w:sz w:val="32"/>
                <w:lang w:eastAsia="ja-JP" w:val="es-ES"/>
              </w:rPr>
              <w:t>Nos gustaría escuchar:</w:t>
            </w:r>
            <w:r>
              <w:rPr>
                <w:b/>
                <w:color w:val="000000"/>
                <w:sz w:val="32"/>
                <w:lang w:val="es-ES"/>
              </w:rPr>
            </w:r>
          </w:p>
          <w:p w14:paraId="7E2346A6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es-ES"/>
              </w:rPr>
              <w:t>• Por qué viviste en una institución.</w:t>
            </w:r>
            <w:proofErr w:type="gramStart"/>
            <w:r>
              <w:rPr>
                <w:color w:val="000000"/>
                <w:sz w:val="29"/>
                <w:lang w:val="es-ES"/>
              </w:rPr>
            </w:r>
            <w:proofErr w:type="gramEnd"/>
            <w:r>
              <w:rPr>
                <w:color w:val="000000"/>
                <w:sz w:val="29"/>
                <w:lang w:val="es-ES"/>
              </w:rPr>
            </w:r>
          </w:p>
          <w:p w14:paraId="2A5A4E22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es-ES"/>
              </w:rPr>
              <w:t>• Cómo era vivir allí.</w:t>
            </w:r>
          </w:p>
          <w:p w14:paraId="657443B1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es-ES"/>
              </w:rPr>
              <w:t>• Cómo pasaste a vivir en la comunidad.</w:t>
            </w:r>
          </w:p>
          <w:p w14:paraId="3855D93C" w14:textId="77777777" w:rsidR="00F20221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es-ES"/>
              </w:rPr>
              <w:t>• En qué es diferente tu vida ahora.</w:t>
            </w:r>
            <w:proofErr w:type="gramStart"/>
            <w:r>
              <w:rPr>
                <w:color w:val="000000"/>
                <w:sz w:val="29"/>
                <w:lang w:val="es-ES"/>
              </w:rPr>
            </w:r>
            <w:proofErr w:type="gramEnd"/>
            <w:r>
              <w:rPr>
                <w:color w:val="000000"/>
                <w:sz w:val="29"/>
                <w:lang w:val="es-ES"/>
              </w:rPr>
            </w:r>
            <w:r>
              <w:rPr>
                <w:lang w:val="es-ES"/>
              </w:rPr>
            </w:r>
          </w:p>
          <w:p w14:paraId="507B96E8" w14:textId="77777777" w:rsidR="00F20221" w:rsidRPr="005B6465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es-ES"/>
              </w:rPr>
              <w:t>• ¡Tu mensaje!</w:t>
            </w:r>
            <w:r>
              <w:rPr>
                <w:rFonts w:hint="eastAsia"/>
                <w:color w:val="000000"/>
                <w:sz w:val="29"/>
                <w:lang w:eastAsia="ja-JP" w:val="es-ES"/>
              </w:rPr>
            </w:r>
            <w:r>
              <w:rPr>
                <w:rFonts w:hint="eastAsia"/>
                <w:lang w:eastAsia="ja-JP" w:val="es-ES"/>
              </w:rPr>
            </w:r>
          </w:p>
          <w:p w14:paraId="30592064" w14:textId="77777777" w:rsidR="00F20221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</w:p>
          <w:p w14:paraId="6AD155A9" w14:textId="663C7B8F" w:rsidR="008E163B" w:rsidRPr="008E163B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  <w:r>
              <w:rPr>
                <w:rFonts w:hint="eastAsia"/>
                <w:color w:val="000000"/>
                <w:sz w:val="29"/>
                <w:lang w:eastAsia="ja-JP" w:val="es-ES"/>
              </w:rPr>
              <w:t>En las próximas páginas explicamos más detalles.</w:t>
            </w:r>
            <w:r>
              <w:rPr>
                <w:color w:val="000000"/>
                <w:sz w:val="29"/>
                <w:lang w:eastAsia="ja-JP" w:val="es-ES"/>
              </w:rPr>
            </w:r>
            <w:r>
              <w:rPr>
                <w:rFonts w:hint="eastAsia"/>
                <w:color w:val="000000"/>
                <w:sz w:val="29"/>
                <w:lang w:eastAsia="ja-JP" w:val="es-ES"/>
              </w:rPr>
            </w:r>
            <w:r w:rsidRPr="0079280E">
              <w:rPr>
                <w:rFonts w:hint="eastAsia"/>
                <w:color w:val="000000"/>
                <w:sz w:val="29"/>
                <w:lang w:eastAsia="ja-JP" w:val="es-ES"/>
              </w:rPr>
            </w:r>
          </w:p>
        </w:tc>
      </w:tr>
    </w:tbl>
    <w:p w14:paraId="52F8E6D0" w14:textId="78D00100" w:rsidR="008646D8" w:rsidRDefault="008646D8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04C7BFF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1BB9820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es-ES"/>
              </w:rPr>
              <w:t>Pregunta 1 y Pregunta 2</w:t>
            </w:r>
          </w:p>
        </w:tc>
      </w:tr>
    </w:tbl>
    <w:p w14:paraId="7E1B62DA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8646D8" w14:paraId="39FA150A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BAC516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3245E5F2" wp14:editId="3E9347DC">
                  <wp:extent cx="2423160" cy="253206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ins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53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CBB171D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es-ES"/>
              </w:rPr>
              <w:t>Pregunta 1</w:t>
            </w:r>
          </w:p>
          <w:p w14:paraId="68B83611" w14:textId="77777777" w:rsidR="00F20221" w:rsidRDefault="00F20221" w:rsidP="00F20221">
            <w:pPr>
              <w:spacing w:after="160" w:line="269" w:lineRule="auto"/>
            </w:pPr>
            <w:r>
              <w:rPr>
                <w:color w:val="000000"/>
                <w:sz w:val="31"/>
                <w:lang w:val="es-ES"/>
              </w:rPr>
              <w:t>¿Por qué empezaste a vivir en una institución?</w:t>
            </w:r>
            <w:r>
              <w:rPr>
                <w:rFonts w:hint="eastAsia"/>
                <w:color w:val="000000"/>
                <w:sz w:val="31"/>
                <w:lang w:eastAsia="ja-JP" w:val="es-ES"/>
              </w:rPr>
            </w:r>
            <w:r>
              <w:rPr>
                <w:color w:val="000000"/>
                <w:sz w:val="31"/>
                <w:lang w:val="es-ES"/>
              </w:rPr>
            </w:r>
          </w:p>
          <w:p w14:paraId="6DBE561A" w14:textId="2B31E0E7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es-ES"/>
              </w:rPr>
              <w:t>¿Cuánto tiempo viviste allí?</w:t>
            </w:r>
            <w:proofErr w:type="gramStart"/>
            <w:r>
              <w:rPr>
                <w:rFonts w:hint="eastAsia"/>
                <w:color w:val="000000"/>
                <w:sz w:val="31"/>
                <w:lang w:eastAsia="ja-JP" w:val="es-ES"/>
              </w:rPr>
            </w:r>
            <w:proofErr w:type="gramEnd"/>
            <w:r>
              <w:rPr>
                <w:rFonts w:hint="eastAsia"/>
                <w:color w:val="000000"/>
                <w:sz w:val="31"/>
                <w:lang w:eastAsia="ja-JP" w:val="es-ES"/>
              </w:rPr>
            </w:r>
            <w:proofErr w:type="gramStart"/>
            <w:r>
              <w:rPr>
                <w:rFonts w:hint="eastAsia"/>
                <w:color w:val="000000"/>
                <w:sz w:val="31"/>
                <w:lang w:eastAsia="ja-JP" w:val="es-ES"/>
              </w:rPr>
            </w:r>
            <w:proofErr w:type="gramEnd"/>
            <w:r>
              <w:rPr>
                <w:color w:val="000000"/>
                <w:sz w:val="31"/>
                <w:lang w:val="es-ES"/>
              </w:rPr>
            </w:r>
          </w:p>
        </w:tc>
      </w:tr>
      <w:tr w:rsidR="008646D8" w14:paraId="770BE6ED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05E23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33389FAF" wp14:editId="1E52D178">
                  <wp:extent cx="2148840" cy="248139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thin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48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C36F87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es-ES"/>
              </w:rPr>
              <w:t>Pregunta 2</w:t>
            </w:r>
          </w:p>
          <w:p w14:paraId="651F2644" w14:textId="60800AF9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es-ES"/>
              </w:rPr>
              <w:t>¿Cómo fue tu experiencia de vivir en una institución? ¿Cómo te sentías cuando vivías allí?</w:t>
            </w:r>
            <w:r>
              <w:rPr>
                <w:rFonts w:hint="eastAsia"/>
                <w:color w:val="000000"/>
                <w:sz w:val="31"/>
                <w:lang w:eastAsia="ja-JP" w:val="es-ES"/>
              </w:rPr>
            </w:r>
          </w:p>
        </w:tc>
      </w:tr>
    </w:tbl>
    <w:p w14:paraId="6267F4FC" w14:textId="77777777" w:rsidR="008646D8" w:rsidRDefault="00EA5B0C">
      <w:r>
        <w:rPr>
          <w:lang w:val="es-ES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131E502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492E5FCE" w14:textId="4AF19F5C" w:rsidR="008646D8" w:rsidRDefault="00EA5B0C">
            <w:pPr>
              <w:spacing w:after="0"/>
              <w:rPr>
                <w:lang w:eastAsia="ja-JP"/>
              </w:rPr>
            </w:pPr>
            <w:r>
              <w:rPr>
                <w:b/>
                <w:color w:val="000000"/>
                <w:sz w:val="44"/>
                <w:lang w:val="es-ES"/>
              </w:rPr>
              <w:t>Pregunta 3, Pregunta 4 y Pregunta 5</w:t>
            </w:r>
            <w:r w:rsidR="00376F02">
              <w:rPr>
                <w:rFonts w:hint="eastAsia"/>
                <w:b/>
                <w:color w:val="000000"/>
                <w:sz w:val="44"/>
                <w:lang w:eastAsia="ja-JP" w:val="es-ES"/>
              </w:rPr>
            </w:r>
            <w:r w:rsidR="00376F02">
              <w:rPr>
                <w:b/>
                <w:color w:val="000000"/>
                <w:sz w:val="44"/>
                <w:lang w:val="es-ES"/>
              </w:rPr>
            </w:r>
            <w:r w:rsidR="00376F02">
              <w:rPr>
                <w:rFonts w:hint="eastAsia"/>
                <w:b/>
                <w:color w:val="000000"/>
                <w:sz w:val="44"/>
                <w:lang w:eastAsia="ja-JP" w:val="es-ES"/>
              </w:rPr>
            </w:r>
          </w:p>
        </w:tc>
      </w:tr>
    </w:tbl>
    <w:p w14:paraId="0CF4EA38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760"/>
      </w:tblGrid>
      <w:tr w:rsidR="008646D8" w14:paraId="7D76F807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ACA0CDC" w14:textId="3213FC1A" w:rsidR="005B6465" w:rsidRDefault="00EA5B0C" w:rsidP="005B6465">
            <w:pPr>
              <w:spacing w:after="0"/>
              <w:rPr>
                <w:lang w:eastAsia="ja-JP"/>
              </w:rPr>
            </w:pPr>
            <w:r>
              <w:rPr>
                <w:noProof/>
                <w:lang w:val="es-ES"/>
              </w:rPr>
              <w:drawing>
                <wp:inline distT="0" distB="0" distL="0" distR="0" wp14:anchorId="6A3ABAB7" wp14:editId="6A19DB50">
                  <wp:extent cx="2697480" cy="209513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mov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9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45C1556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es-ES"/>
              </w:rPr>
              <w:t>Pregunta 3</w:t>
            </w:r>
          </w:p>
          <w:p w14:paraId="11E79CCC" w14:textId="1212E124" w:rsidR="008646D8" w:rsidRDefault="00F20221" w:rsidP="0036490C">
            <w:pPr>
              <w:spacing w:after="140" w:line="269" w:lineRule="auto"/>
              <w:rPr>
                <w:lang w:eastAsia="ja-JP"/>
              </w:rPr>
            </w:pPr>
            <w:r>
              <w:rPr>
                <w:color w:val="000000"/>
                <w:sz w:val="31"/>
                <w:lang w:val="es-ES"/>
              </w:rPr>
              <w:t>¿Cómo hiciste el cambio para vivir en la comunidad? ¿Hubo alguien que te ayudó o que te dio consejos?</w:t>
            </w:r>
            <w:r>
              <w:rPr>
                <w:rFonts w:hint="eastAsia"/>
                <w:color w:val="000000"/>
                <w:sz w:val="31"/>
                <w:lang w:eastAsia="ja-JP" w:val="es-ES"/>
              </w:rPr>
            </w:r>
          </w:p>
        </w:tc>
      </w:tr>
      <w:tr w:rsidR="008646D8" w14:paraId="7A323EE6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8160E0A" w14:textId="32394808" w:rsidR="008646D8" w:rsidRDefault="00EA5B0C" w:rsidP="00376F02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es-ES"/>
              </w:rPr>
              <w:drawing>
                <wp:inline distT="0" distB="0" distL="0" distR="0" wp14:anchorId="7CFF8E49" wp14:editId="73027AE1">
                  <wp:extent cx="2651760" cy="204564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compar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04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258C3E" w14:textId="69508EF6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es-ES"/>
              </w:rPr>
              <w:t>Pregunta 4</w:t>
            </w:r>
          </w:p>
          <w:p w14:paraId="77DBE3FD" w14:textId="77777777" w:rsid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162EEE">
              <w:rPr>
                <w:rFonts w:asciiTheme="minorBidi" w:hAnsiTheme="minorBidi" w:cstheme="minorBidi"/>
                <w:sz w:val="28"/>
                <w:szCs w:val="28"/>
                <w:lang w:val="es-ES"/>
              </w:rPr>
              <w:t>¿Qué diferencias hay entre tu vida en la institución y tu vida en la comunidad?</w:t>
            </w:r>
          </w:p>
          <w:p w14:paraId="316B3DE5" w14:textId="5C73C601" w:rsidR="004E62C0" w:rsidRP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eastAsia"/>
                <w:sz w:val="28"/>
                <w:szCs w:val="28"/>
                <w:lang w:val="es-ES"/>
              </w:rPr>
              <w:t>¿Estás viviendo la vida que quieres? ¿Qué apoyos recibes?</w:t>
            </w:r>
          </w:p>
        </w:tc>
      </w:tr>
      <w:tr w:rsidR="00376F02" w14:paraId="0DDAF643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C2F8907" w14:textId="71AFC3E4" w:rsidR="00376F02" w:rsidRDefault="00376F02">
            <w:pPr>
              <w:spacing w:after="0"/>
              <w:jc w:val="center"/>
              <w:rPr>
                <w:noProof/>
              </w:rPr>
            </w:pPr>
            <w:r>
              <w:rPr>
                <w:rFonts w:hint="eastAsia"/>
                <w:noProof/>
                <w:lang w:eastAsia="ja-JP" w:val="es-ES"/>
              </w:rPr>
              <w:drawing>
                <wp:inline distT="0" distB="0" distL="0" distR="0" wp14:anchorId="7EFB046D" wp14:editId="7EE5BA83">
                  <wp:extent cx="2104433" cy="2104433"/>
                  <wp:effectExtent l="0" t="0" r="0" b="0"/>
                  <wp:docPr id="96703879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38799" name="図 9670387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27" cy="213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E0C64F" w14:textId="77777777" w:rsidR="00376F02" w:rsidRDefault="00376F02" w:rsidP="00376F02">
            <w:pPr>
              <w:spacing w:after="160" w:line="269" w:lineRule="auto"/>
              <w:rPr>
                <w:lang w:eastAsia="ja-JP"/>
              </w:rPr>
            </w:pPr>
            <w:r>
              <w:rPr>
                <w:b/>
                <w:color w:val="000000"/>
                <w:sz w:val="36"/>
                <w:lang w:val="es-ES"/>
              </w:rPr>
              <w:t>Pregunta 5</w:t>
            </w:r>
            <w:r>
              <w:rPr>
                <w:rFonts w:hint="eastAsia"/>
                <w:b/>
                <w:color w:val="000000"/>
                <w:sz w:val="36"/>
                <w:lang w:eastAsia="ja-JP" w:val="es-ES"/>
              </w:rPr>
            </w:r>
          </w:p>
          <w:p w14:paraId="5B760738" w14:textId="77777777" w:rsidR="00F20221" w:rsidRDefault="00F20221" w:rsidP="00F20221">
            <w:pPr>
              <w:spacing w:after="160" w:line="269" w:lineRule="auto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  <w:lang w:eastAsia="ja-JP" w:val="es-ES"/>
              </w:rPr>
              <w:t>Qué te gustaría decirle al gobierno y a la sociedad.</w:t>
            </w:r>
            <w:r w:rsidRPr="00162EEE">
              <w:rPr>
                <w:sz w:val="28"/>
                <w:szCs w:val="21"/>
                <w:lang w:val="es-ES"/>
              </w:rPr>
            </w:r>
          </w:p>
          <w:p w14:paraId="06A89EA6" w14:textId="59FFC6A2" w:rsidR="00376F02" w:rsidRDefault="00F20221" w:rsidP="00F20221">
            <w:pPr>
              <w:spacing w:after="160" w:line="269" w:lineRule="auto"/>
              <w:rPr>
                <w:b/>
                <w:color w:val="000000"/>
                <w:sz w:val="36"/>
              </w:rPr>
            </w:pPr>
            <w:r>
              <w:rPr>
                <w:rFonts w:hint="eastAsia"/>
                <w:sz w:val="28"/>
                <w:szCs w:val="21"/>
                <w:lang w:eastAsia="ja-JP" w:val="es-ES"/>
              </w:rPr>
              <w:t>¿Tienes algún mensaje para las personas que todavía viven en instituciones?</w:t>
            </w:r>
          </w:p>
        </w:tc>
      </w:tr>
    </w:tbl>
    <w:p w14:paraId="08D42B9C" w14:textId="645A3E5F" w:rsidR="00162EEE" w:rsidRDefault="00EA5B0C" w:rsidP="00162EEE">
      <w:pPr>
        <w:rPr>
          <w:lang w:eastAsia="ja-JP"/>
        </w:rPr>
      </w:pPr>
      <w:r>
        <w:rPr>
          <w:lang w:val="es-ES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46BA56AF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1B0FC30C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es-ES"/>
              </w:rPr>
              <w:t>Cómo grabar el video</w:t>
            </w:r>
          </w:p>
        </w:tc>
      </w:tr>
    </w:tbl>
    <w:p w14:paraId="759C61AB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8646D8" w14:paraId="1FE67E8B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5BE5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41310D63" wp14:editId="11DB6E5A">
                  <wp:extent cx="2331720" cy="145021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F717D73" w14:textId="37AA0615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es-ES"/>
              </w:rPr>
              <w:t>Si grabas con un teléfono, por favor sostenlo en horizontal.</w:t>
            </w:r>
          </w:p>
        </w:tc>
      </w:tr>
      <w:tr w:rsidR="008646D8" w14:paraId="4986D47C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8916533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2A252EF0" wp14:editId="6F868886">
                  <wp:extent cx="2057400" cy="16833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quie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8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CE4330A" w14:textId="0935AF80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es-ES"/>
              </w:rPr>
              <w:t>Por favor, graba en un lugar tranquilo para que tu voz se escuche bien.</w:t>
            </w:r>
          </w:p>
        </w:tc>
      </w:tr>
      <w:tr w:rsidR="008646D8" w14:paraId="6ADBA57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92685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173066A2" wp14:editId="36DE0255">
                  <wp:extent cx="1737360" cy="17983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ripo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BE4F6B" w14:textId="77777777" w:rsidR="009924BD" w:rsidRDefault="009924BD" w:rsidP="009924BD">
            <w:pPr>
              <w:spacing w:after="120" w:line="269" w:lineRule="auto"/>
            </w:pPr>
            <w:r>
              <w:rPr>
                <w:color w:val="000000"/>
                <w:sz w:val="29"/>
                <w:lang w:val="es-ES"/>
              </w:rPr>
              <w:t>Por favor, mantén la cámara lo más quieta posible. Puedes usar un trípode.</w:t>
            </w:r>
          </w:p>
          <w:p w14:paraId="45370585" w14:textId="0EF97D23" w:rsidR="008646D8" w:rsidRDefault="009924BD" w:rsidP="009924BD">
            <w:pPr>
              <w:spacing w:after="0" w:line="269" w:lineRule="auto"/>
            </w:pPr>
            <w:proofErr w:type="gramStart"/>
            <w:r>
              <w:rPr>
                <w:color w:val="000000"/>
                <w:sz w:val="29"/>
                <w:lang w:val="es-ES"/>
              </w:rPr>
              <w:t>O pídele a alguien que sostenga la cámara por ti.</w:t>
            </w:r>
            <w:proofErr w:type="gramEnd"/>
            <w:r>
              <w:rPr>
                <w:color w:val="000000"/>
                <w:sz w:val="29"/>
                <w:lang w:val="es-ES"/>
              </w:rPr>
            </w:r>
          </w:p>
        </w:tc>
      </w:tr>
      <w:tr w:rsidR="008646D8" w14:paraId="34FF9A6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766CFF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7E0C5A88" wp14:editId="3AFA0393">
                  <wp:extent cx="2240280" cy="15796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al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57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E462B81" w14:textId="5EBD5742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es-ES"/>
              </w:rPr>
              <w:t>Puede ser más fácil hablar si otra persona te hace las preguntas, como en una conversación.</w:t>
            </w:r>
            <w:proofErr w:type="gramStart"/>
            <w:r>
              <w:rPr>
                <w:color w:val="000000"/>
                <w:sz w:val="29"/>
                <w:lang w:val="es-ES"/>
              </w:rPr>
            </w:r>
            <w:proofErr w:type="gramEnd"/>
            <w:r>
              <w:rPr>
                <w:rFonts w:hint="eastAsia"/>
                <w:color w:val="000000"/>
                <w:sz w:val="29"/>
                <w:lang w:eastAsia="ja-JP" w:val="es-ES"/>
              </w:rPr>
            </w:r>
            <w:r>
              <w:rPr>
                <w:color w:val="000000"/>
                <w:sz w:val="29"/>
                <w:lang w:val="es-ES"/>
              </w:rPr>
            </w:r>
          </w:p>
        </w:tc>
      </w:tr>
    </w:tbl>
    <w:p w14:paraId="4CD23CA6" w14:textId="619AEBF6" w:rsidR="008646D8" w:rsidRDefault="008646D8" w:rsidP="00E705CE"/>
    <w:p w14:paraId="1000931A" w14:textId="77777777" w:rsidR="00E705CE" w:rsidRDefault="00E705CE" w:rsidP="00E705CE">
      <w:pPr>
        <w:spacing w:after="0" w:line="269" w:lineRule="auto"/>
        <w:jc w:val="center"/>
        <w:rPr>
          <w:color w:val="000000"/>
          <w:sz w:val="31"/>
        </w:rPr>
      </w:pPr>
      <w:r>
        <w:rPr>
          <w:color w:val="000000"/>
          <w:sz w:val="31"/>
          <w:lang w:val="es-ES"/>
        </w:rPr>
        <w:t>Por favor, el video debe durar 8 o 10 minutos como máximo.</w:t>
      </w:r>
    </w:p>
    <w:p w14:paraId="36FF2371" w14:textId="77777777" w:rsidR="00E705CE" w:rsidRPr="00E705CE" w:rsidRDefault="00E705CE" w:rsidP="00E705CE">
      <w:pPr>
        <w:rPr>
          <w:lang w:eastAsia="ja-JP"/>
        </w:rPr>
      </w:pPr>
    </w:p>
    <w:p w14:paraId="05F480DF" w14:textId="77777777" w:rsidR="00E705CE" w:rsidRDefault="00E705CE" w:rsidP="00E705CE">
      <w:pPr>
        <w:rPr>
          <w:lang w:eastAsia="ja-JP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600A4538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86D9C19" w14:textId="5A469F9B" w:rsidR="008646D8" w:rsidRPr="00AB7272" w:rsidRDefault="00AB7272">
            <w:pPr>
              <w:spacing w:after="0"/>
            </w:pPr>
            <w:r w:rsidRPr="00AB7272">
              <w:rPr>
                <w:b/>
                <w:bCs/>
                <w:sz w:val="44"/>
                <w:szCs w:val="36"/>
                <w:lang w:val="es-ES"/>
              </w:rPr>
              <w:t>Cómo enviar tu video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es-ES"/>
              </w:rPr>
            </w:r>
            <w:r w:rsidRPr="00AB7272">
              <w:rPr>
                <w:b/>
                <w:bCs/>
                <w:sz w:val="44"/>
                <w:szCs w:val="36"/>
                <w:lang w:val="es-ES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es-ES"/>
              </w:rPr>
            </w:r>
            <w:r w:rsidRPr="00AB7272">
              <w:rPr>
                <w:b/>
                <w:bCs/>
                <w:sz w:val="44"/>
                <w:szCs w:val="36"/>
                <w:lang w:val="es-ES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es-ES"/>
              </w:rPr>
            </w:r>
            <w:r w:rsidRPr="00AB7272">
              <w:rPr>
                <w:b/>
                <w:bCs/>
                <w:sz w:val="44"/>
                <w:szCs w:val="36"/>
                <w:lang w:val="es-ES"/>
              </w:rPr>
            </w:r>
          </w:p>
        </w:tc>
      </w:tr>
    </w:tbl>
    <w:p w14:paraId="050E62E5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8646D8" w14:paraId="7874E4D8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2651FC2" w14:textId="77777777" w:rsidR="00DD13BF" w:rsidRDefault="00DD13BF" w:rsidP="00E705CE">
            <w:pPr>
              <w:spacing w:after="0"/>
              <w:rPr>
                <w:noProof/>
                <w:lang w:eastAsia="ja-JP"/>
              </w:rPr>
            </w:pPr>
          </w:p>
          <w:p w14:paraId="724E69CA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  <w:r>
              <w:rPr>
                <w:rFonts w:hint="eastAsia"/>
                <w:noProof/>
                <w:lang w:eastAsia="ja-JP" w:val="es-ES"/>
              </w:rPr>
              <w:drawing>
                <wp:inline distT="0" distB="0" distL="0" distR="0" wp14:anchorId="4B4DE934" wp14:editId="752923EB">
                  <wp:extent cx="2092960" cy="1216025"/>
                  <wp:effectExtent l="0" t="0" r="2540" b="3175"/>
                  <wp:docPr id="331361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36155" name="図 3313615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98404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  <w:p w14:paraId="01F0BF5B" w14:textId="77777777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  <w:p w14:paraId="13F48DBD" w14:textId="32CBB0E4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5B1286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0" w:line="269" w:lineRule="auto"/>
              <w:rPr>
                <w:b/>
                <w:bCs/>
                <w:color w:val="000000"/>
                <w:sz w:val="31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31"/>
                <w:lang w:eastAsia="ja-JP" w:val="es-ES"/>
              </w:rPr>
              <w:t>Google Drive</w:t>
            </w:r>
          </w:p>
          <w:p w14:paraId="0858400F" w14:textId="154E3E1A" w:rsidR="00DD13BF" w:rsidRPr="00E705CE" w:rsidRDefault="00E705CE" w:rsidP="00E705CE">
            <w:pPr>
              <w:spacing w:after="0" w:line="269" w:lineRule="auto"/>
              <w:rPr>
                <w:color w:val="000000"/>
                <w:sz w:val="31"/>
                <w:lang w:eastAsia="ja-JP"/>
              </w:rPr>
            </w:pPr>
            <w:r>
              <w:rPr>
                <w:lang w:val="es-ES"/>
              </w:rPr>
              <w:t>Si tienes una cuenta de Google, puedes subir tu video directamente a la carpeta compartida de Google Drive.</w:t>
            </w:r>
          </w:p>
          <w:p w14:paraId="19965C7C" w14:textId="5737762B" w:rsidR="00DD13BF" w:rsidRPr="00522A00" w:rsidRDefault="00C123F1">
            <w:pPr>
              <w:spacing w:after="0" w:line="269" w:lineRule="auto"/>
              <w:rPr>
                <w:color w:val="000000"/>
                <w:sz w:val="28"/>
                <w:szCs w:val="21"/>
                <w:lang w:eastAsia="ja-JP"/>
              </w:rPr>
            </w:pPr>
            <w:hyperlink r:id="rId23" w:history="1">
              <w:r w:rsidRPr="00522A00">
                <w:rPr>
                  <w:color w:val="0000FF"/>
                  <w:sz w:val="28"/>
                  <w:szCs w:val="21"/>
                  <w:u w:val="single"/>
                  <w:lang w:val="es-ES"/>
                </w:rPr>
                <w:t>https://drive.google.com/drive/folders/1NJ9TTlEx0CuV-7JOHF0HsAzBpSlsh5Cv?usp=sharing</w:t>
              </w:r>
            </w:hyperlink>
          </w:p>
          <w:p w14:paraId="27EE3506" w14:textId="121E916D" w:rsidR="00E705CE" w:rsidRPr="00E705CE" w:rsidRDefault="00C123F1" w:rsidP="00E705CE">
            <w:pPr>
              <w:spacing w:after="0" w:line="269" w:lineRule="auto"/>
              <w:jc w:val="center"/>
              <w:rPr>
                <w:color w:val="000000"/>
                <w:sz w:val="31"/>
                <w:lang w:eastAsia="ja-JP"/>
              </w:rPr>
            </w:pPr>
            <w:r>
              <w:rPr>
                <w:noProof/>
                <w:color w:val="000000"/>
                <w:sz w:val="31"/>
                <w:lang w:eastAsia="ja-JP" w:val="es-ES"/>
              </w:rPr>
              <w:drawing>
                <wp:inline distT="0" distB="0" distL="0" distR="0" wp14:anchorId="12373472" wp14:editId="07DF1F07">
                  <wp:extent cx="805022" cy="805022"/>
                  <wp:effectExtent l="0" t="0" r="0" b="0"/>
                  <wp:docPr id="761166876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166876" name="図 7611668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96" cy="81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7539EE37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2C4550" w14:textId="77777777" w:rsidR="008646D8" w:rsidRDefault="00EA5B0C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es-ES"/>
              </w:rPr>
              <w:drawing>
                <wp:inline distT="0" distB="0" distL="0" distR="0" wp14:anchorId="0270DC26" wp14:editId="0B6D19D0">
                  <wp:extent cx="1336887" cy="1523531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887" cy="152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C1F1E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E9ECAE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100" w:line="269" w:lineRule="auto"/>
              <w:rPr>
                <w:b/>
                <w:bCs/>
                <w:color w:val="000000"/>
                <w:sz w:val="29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29"/>
                <w:lang w:eastAsia="ja-JP" w:val="es-ES"/>
              </w:rPr>
              <w:t>WeTransfer</w:t>
            </w:r>
          </w:p>
          <w:p w14:paraId="3957E024" w14:textId="77777777" w:rsidR="00327EBA" w:rsidRPr="00327EBA" w:rsidRDefault="00327EBA" w:rsidP="00327EBA">
            <w:pPr>
              <w:pStyle w:val="pdq2pgselectionanchorcontainer"/>
              <w:rPr>
                <w:rFonts w:asciiTheme="minorBidi" w:hAnsiTheme="minorBidi" w:cstheme="minorBidi"/>
              </w:rPr>
            </w:pPr>
            <w:r w:rsidRPr="00327EBA">
              <w:rPr>
                <w:rFonts w:asciiTheme="minorBidi" w:hAnsiTheme="minorBidi" w:cstheme="minorBidi"/>
                <w:lang w:val="es-ES"/>
              </w:rPr>
              <w:t>También puedes usar este servicio gratuito para subir tu video.</w:t>
            </w:r>
          </w:p>
          <w:p w14:paraId="42F4FE67" w14:textId="77777777" w:rsidR="008646D8" w:rsidRDefault="00DD13BF">
            <w:pPr>
              <w:spacing w:after="0" w:line="269" w:lineRule="auto"/>
              <w:rPr>
                <w:color w:val="0563C1"/>
                <w:sz w:val="27"/>
              </w:rPr>
            </w:pPr>
            <w:hyperlink r:id="rId26" w:history="1">
              <w:r w:rsidRPr="00DD13BF">
                <w:rPr>
                  <w:rStyle w:val="aff"/>
                  <w:sz w:val="27"/>
                  <w:lang w:val="es-ES"/>
                </w:rPr>
                <w:t>https://wetransfer.com/</w:t>
              </w:r>
            </w:hyperlink>
          </w:p>
          <w:p w14:paraId="7A56CD81" w14:textId="77777777" w:rsidR="006F20C1" w:rsidRPr="002D03CE" w:rsidRDefault="006F20C1" w:rsidP="006F20C1">
            <w:pPr>
              <w:pStyle w:val="pdq2pgselectionanchorcontainer"/>
              <w:jc w:val="right"/>
              <w:rPr>
                <w:rFonts w:asciiTheme="minorBidi" w:hAnsiTheme="minorBidi" w:cstheme="minorBidi"/>
                <w:sz w:val="22"/>
                <w:szCs w:val="22"/>
              </w:rPr>
            </w:pPr>
            <w:r w:rsidRPr="002D03CE">
              <w:rPr>
                <w:rFonts w:asciiTheme="minorBidi" w:hAnsiTheme="minorBidi" w:cstheme="minorBidi"/>
                <w:sz w:val="22"/>
                <w:szCs w:val="22"/>
                <w:lang w:val="es-ES"/>
              </w:rPr>
              <w:t>En [Email to], por favor escribe esta dirección de correo:</w:t>
            </w:r>
            <w:r w:rsidRPr="002D03CE">
              <w:rPr>
                <w:rStyle w:val="af8"/>
                <w:rFonts w:asciiTheme="minorBidi" w:hAnsiTheme="minorBidi" w:cstheme="minorBidi"/>
                <w:sz w:val="22"/>
                <w:szCs w:val="22"/>
                <w:lang w:val="es-ES"/>
              </w:rPr>
            </w:r>
            <w:r w:rsidRPr="002D03CE">
              <w:rPr>
                <w:rFonts w:asciiTheme="minorBidi" w:hAnsiTheme="minorBidi" w:cstheme="minorBidi"/>
                <w:sz w:val="22"/>
                <w:szCs w:val="22"/>
                <w:lang w:val="es-ES"/>
              </w:rPr>
            </w:r>
          </w:p>
          <w:p w14:paraId="56811F61" w14:textId="665CA951" w:rsidR="006F20C1" w:rsidRDefault="002D03CE" w:rsidP="006F20C1">
            <w:pPr>
              <w:pStyle w:val="Web"/>
              <w:jc w:val="right"/>
              <w:rPr>
                <w:rStyle w:val="af8"/>
                <w:rFonts w:asciiTheme="minorBidi" w:hAnsiTheme="minorBidi" w:cstheme="minorBidi"/>
              </w:rPr>
            </w:pPr>
            <w:hyperlink r:id="rId27" w:history="1">
              <w:r w:rsidRPr="009D6798">
                <w:rPr>
                  <w:rStyle w:val="aff"/>
                  <w:rFonts w:asciiTheme="minorBidi" w:hAnsiTheme="minorBidi" w:cstheme="minorBidi"/>
                  <w:lang w:val="es-ES"/>
                </w:rPr>
                <w:t>ailis.hardy@inclusion-international.org</w:t>
              </w:r>
            </w:hyperlink>
          </w:p>
          <w:p w14:paraId="46B3A7D2" w14:textId="523444A9" w:rsidR="002D03CE" w:rsidRPr="002D03CE" w:rsidRDefault="002D03CE" w:rsidP="006F20C1">
            <w:pPr>
              <w:pStyle w:val="Web"/>
              <w:jc w:val="right"/>
              <w:rPr>
                <w:rFonts w:asciiTheme="minorBidi" w:hAnsiTheme="minorBidi" w:cstheme="minorBidi"/>
              </w:rPr>
            </w:pPr>
          </w:p>
        </w:tc>
      </w:tr>
      <w:tr w:rsidR="008646D8" w14:paraId="3D633D40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74A665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0E7395D3" wp14:editId="49AC84E0">
                  <wp:extent cx="1487540" cy="14875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95" cy="149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9C1744C" w14:textId="1D975ADB" w:rsidR="00522A00" w:rsidRDefault="00522A00" w:rsidP="00AB7272">
            <w:pPr>
              <w:pStyle w:val="pdq2pgselectionanchorcontainer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522A00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lang w:val="es-ES"/>
              </w:rPr>
              <w:t>Después de enviar tu video</w:t>
            </w:r>
          </w:p>
          <w:p w14:paraId="7820589D" w14:textId="603A90C9" w:rsidR="008646D8" w:rsidRPr="002D03CE" w:rsidRDefault="00522A00" w:rsidP="00522A00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2D03CE">
              <w:rPr>
                <w:rFonts w:asciiTheme="minorBidi" w:hAnsiTheme="minorBidi" w:cstheme="minorBidi" w:hint="eastAsia"/>
                <w:sz w:val="28"/>
                <w:szCs w:val="28"/>
                <w:lang w:val="es-ES"/>
              </w:rPr>
              <w:t>Por favor, completa el Google Form para avisarnos.</w:t>
            </w:r>
            <w:r w:rsidRPr="002D03CE">
              <w:rPr>
                <w:rFonts w:asciiTheme="minorBidi" w:hAnsiTheme="minorBidi" w:cstheme="minorBidi"/>
                <w:sz w:val="28"/>
                <w:szCs w:val="28"/>
                <w:lang w:val="es-ES"/>
              </w:rPr>
            </w:r>
          </w:p>
          <w:p w14:paraId="599F874A" w14:textId="77777777" w:rsidR="008646D8" w:rsidRDefault="00522A00">
            <w:pPr>
              <w:spacing w:after="0" w:line="269" w:lineRule="auto"/>
              <w:rPr>
                <w:b/>
                <w:color w:val="000000"/>
                <w:sz w:val="26"/>
              </w:rPr>
            </w:pPr>
            <w:hyperlink r:id="rId29" w:history="1">
              <w:r w:rsidRPr="00522A00">
                <w:rPr>
                  <w:rStyle w:val="aff"/>
                  <w:b/>
                  <w:sz w:val="26"/>
                  <w:lang w:val="es-ES"/>
                </w:rPr>
                <w:t>https://forms.gle/4H8JDcrfD7QmVZg19</w:t>
              </w:r>
            </w:hyperlink>
          </w:p>
          <w:p w14:paraId="0BF47CC5" w14:textId="610FEA52" w:rsidR="00522A00" w:rsidRDefault="00522A00" w:rsidP="00522A00">
            <w:pPr>
              <w:spacing w:after="0" w:line="269" w:lineRule="auto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3A9D306B" wp14:editId="7426960A">
                  <wp:extent cx="848773" cy="848773"/>
                  <wp:effectExtent l="0" t="0" r="8890" b="8890"/>
                  <wp:docPr id="592164769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164769" name="図 59216476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54" cy="85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2C1E97BB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33196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es-ES"/>
              </w:rPr>
              <w:drawing>
                <wp:inline distT="0" distB="0" distL="0" distR="0" wp14:anchorId="65ED981C" wp14:editId="698F0076">
                  <wp:extent cx="1373788" cy="137378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5_calendar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65" cy="13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058DCE2" w14:textId="77777777" w:rsidR="008646D8" w:rsidRDefault="00EA5B0C">
            <w:pPr>
              <w:spacing w:after="0" w:line="269" w:lineRule="auto"/>
            </w:pPr>
            <w:r>
              <w:rPr>
                <w:color w:val="000000"/>
                <w:lang w:val="es-ES"/>
              </w:rPr>
              <w:t>La fecha límite para enviarlo es el final de septiembre de 2026.</w:t>
            </w:r>
          </w:p>
        </w:tc>
      </w:tr>
    </w:tbl>
    <w:p w14:paraId="2CAF9B4E" w14:textId="77777777" w:rsidR="000C2C7A" w:rsidRDefault="000C2C7A">
      <w:pPr>
        <w:rPr>
          <w:lang w:eastAsia="ja-JP"/>
        </w:rPr>
      </w:pPr>
    </w:p>
    <w:sectPr w:rsidR="000C2C7A" w:rsidSect="00034616">
      <w:footerReference w:type="default" r:id="rId32"/>
      <w:pgSz w:w="12240" w:h="15840"/>
      <w:pgMar w:top="648" w:right="792" w:bottom="648" w:left="79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DFAE" w14:textId="77777777" w:rsidR="00EA5B0C" w:rsidRDefault="00EA5B0C">
      <w:pPr>
        <w:spacing w:after="0" w:line="240" w:lineRule="auto"/>
      </w:pPr>
      <w:r>
        <w:separator/>
      </w:r>
    </w:p>
  </w:endnote>
  <w:endnote w:type="continuationSeparator" w:id="0">
    <w:p w14:paraId="58206EE9" w14:textId="77777777" w:rsidR="00EA5B0C" w:rsidRDefault="00EA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D1E1" w14:textId="77777777" w:rsidR="008646D8" w:rsidRDefault="00EA5B0C">
    <w:pPr>
      <w:pStyle w:val="a7"/>
      <w:jc w:val="right"/>
    </w:pPr>
    <w:r>
      <w:rPr>
        <w:color w:val="000000"/>
        <w:sz w:val="22"/>
      </w:rPr>
      <w:fldChar w:fldCharType="begin"/>
    </w:r>
    <w:r>
      <w:rPr>
        <w:color w:val="000000"/>
        <w:sz w:val="22"/>
      </w:rPr>
      <w:instrText xml:space="preserve"> PAGE </w:instrText>
    </w:r>
    <w:r>
      <w:rPr>
        <w:color w:val="000000"/>
        <w:sz w:val="22"/>
      </w:rPr>
      <w:fldChar w:fldCharType="separate"/>
    </w:r>
    <w:r w:rsidR="000B5058">
      <w:rPr>
        <w:noProof/>
        <w:color w:val="000000"/>
        <w:sz w:val="22"/>
      </w:rPr>
      <w:t>1</w:t>
    </w:r>
    <w:r>
      <w:rPr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FEC2" w14:textId="77777777" w:rsidR="00EA5B0C" w:rsidRDefault="00EA5B0C">
      <w:pPr>
        <w:spacing w:after="0" w:line="240" w:lineRule="auto"/>
      </w:pPr>
      <w:r>
        <w:separator/>
      </w:r>
    </w:p>
  </w:footnote>
  <w:footnote w:type="continuationSeparator" w:id="0">
    <w:p w14:paraId="6D2A9D7D" w14:textId="77777777" w:rsidR="00EA5B0C" w:rsidRDefault="00EA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A67B5"/>
    <w:multiLevelType w:val="hybridMultilevel"/>
    <w:tmpl w:val="7136AA06"/>
    <w:lvl w:ilvl="0" w:tplc="F58ED6DC">
      <w:start w:val="1"/>
      <w:numFmt w:val="decimal"/>
      <w:lvlText w:val="%1-"/>
      <w:lvlJc w:val="left"/>
      <w:pPr>
        <w:ind w:left="360" w:hanging="360"/>
      </w:pPr>
      <w:rPr>
        <w:rFonts w:hint="default"/>
        <w:color w:val="auto"/>
        <w:sz w:val="3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F0A2176"/>
    <w:multiLevelType w:val="hybridMultilevel"/>
    <w:tmpl w:val="9B2E9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53E35"/>
    <w:multiLevelType w:val="hybridMultilevel"/>
    <w:tmpl w:val="91F27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41973">
    <w:abstractNumId w:val="8"/>
  </w:num>
  <w:num w:numId="2" w16cid:durableId="609045235">
    <w:abstractNumId w:val="6"/>
  </w:num>
  <w:num w:numId="3" w16cid:durableId="1208831744">
    <w:abstractNumId w:val="5"/>
  </w:num>
  <w:num w:numId="4" w16cid:durableId="1891451843">
    <w:abstractNumId w:val="4"/>
  </w:num>
  <w:num w:numId="5" w16cid:durableId="300884017">
    <w:abstractNumId w:val="7"/>
  </w:num>
  <w:num w:numId="6" w16cid:durableId="1586180838">
    <w:abstractNumId w:val="3"/>
  </w:num>
  <w:num w:numId="7" w16cid:durableId="1486971323">
    <w:abstractNumId w:val="2"/>
  </w:num>
  <w:num w:numId="8" w16cid:durableId="256252240">
    <w:abstractNumId w:val="1"/>
  </w:num>
  <w:num w:numId="9" w16cid:durableId="1740861385">
    <w:abstractNumId w:val="0"/>
  </w:num>
  <w:num w:numId="10" w16cid:durableId="1515875745">
    <w:abstractNumId w:val="9"/>
  </w:num>
  <w:num w:numId="11" w16cid:durableId="1868257313">
    <w:abstractNumId w:val="10"/>
  </w:num>
  <w:num w:numId="12" w16cid:durableId="117604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B"/>
    <w:rsid w:val="00034616"/>
    <w:rsid w:val="0006063C"/>
    <w:rsid w:val="000B5058"/>
    <w:rsid w:val="000B532D"/>
    <w:rsid w:val="000C2C7A"/>
    <w:rsid w:val="000D1DA8"/>
    <w:rsid w:val="0015074B"/>
    <w:rsid w:val="00162EEE"/>
    <w:rsid w:val="001D32B2"/>
    <w:rsid w:val="00226202"/>
    <w:rsid w:val="0029639D"/>
    <w:rsid w:val="002D03CE"/>
    <w:rsid w:val="00326F90"/>
    <w:rsid w:val="00327EBA"/>
    <w:rsid w:val="0036490C"/>
    <w:rsid w:val="00376F02"/>
    <w:rsid w:val="003B6DB7"/>
    <w:rsid w:val="004E62C0"/>
    <w:rsid w:val="00522A00"/>
    <w:rsid w:val="005B6465"/>
    <w:rsid w:val="005C454E"/>
    <w:rsid w:val="006F20C1"/>
    <w:rsid w:val="00762DE0"/>
    <w:rsid w:val="0079280E"/>
    <w:rsid w:val="0082106B"/>
    <w:rsid w:val="008646D8"/>
    <w:rsid w:val="008E163B"/>
    <w:rsid w:val="00904500"/>
    <w:rsid w:val="009924BD"/>
    <w:rsid w:val="00AA1D8D"/>
    <w:rsid w:val="00AB7272"/>
    <w:rsid w:val="00B47730"/>
    <w:rsid w:val="00C123F1"/>
    <w:rsid w:val="00C311D4"/>
    <w:rsid w:val="00CB0664"/>
    <w:rsid w:val="00D859A9"/>
    <w:rsid w:val="00D9531F"/>
    <w:rsid w:val="00DD13BF"/>
    <w:rsid w:val="00E705CE"/>
    <w:rsid w:val="00E71C31"/>
    <w:rsid w:val="00EA5B0C"/>
    <w:rsid w:val="00F20221"/>
    <w:rsid w:val="00F94C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CF908"/>
  <w14:defaultImageDpi w14:val="300"/>
  <w15:docId w15:val="{B6170140-EEF7-4F09-93E3-8E780140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asyBullet">
    <w:name w:val="Easy Bullet"/>
    <w:pPr>
      <w:spacing w:after="60"/>
      <w:ind w:left="317" w:hanging="173"/>
    </w:pPr>
    <w:rPr>
      <w:rFonts w:ascii="Arial" w:hAnsi="Arial"/>
      <w:sz w:val="29"/>
    </w:rPr>
  </w:style>
  <w:style w:type="character" w:styleId="aff">
    <w:name w:val="Hyperlink"/>
    <w:basedOn w:val="a2"/>
    <w:uiPriority w:val="99"/>
    <w:unhideWhenUsed/>
    <w:rsid w:val="00DD13B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DD13B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E705C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Web">
    <w:name w:val="Normal (Web)"/>
    <w:basedOn w:val="a1"/>
    <w:uiPriority w:val="99"/>
    <w:unhideWhenUsed/>
    <w:rsid w:val="00162EE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1">
    <w:name w:val="FollowedHyperlink"/>
    <w:basedOn w:val="a2"/>
    <w:uiPriority w:val="99"/>
    <w:semiHidden/>
    <w:unhideWhenUsed/>
    <w:rsid w:val="00E71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wetransfer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forms.gle/4H8JDcrfD7QmVZg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rive.google.com/drive/folders/1NJ9TTlEx0CuV-7JOHF0HsAzBpSlsh5Cv?usp=sharing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mailto:ailis.hardy@inclusion-international.org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創思苑 パンジー</cp:lastModifiedBy>
  <cp:revision>2</cp:revision>
  <cp:lastPrinted>2026-08-27T00:46:00Z</cp:lastPrinted>
  <dcterms:created xsi:type="dcterms:W3CDTF">2026-08-27T13:34:00Z</dcterms:created>
  <dcterms:modified xsi:type="dcterms:W3CDTF">2026-08-27T13:34:00Z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c716f953-9155-4815-8b6e-c5589dc84368</vt:lpwstr>
  </property>
</Properties>
</file>