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656"/>
      </w:tblGrid>
      <w:tr w:rsidR="008646D8" w14:paraId="3BDB3A2D" w14:textId="77777777" w:rsidTr="00904500">
        <w:trPr>
          <w:trHeight w:val="726"/>
          <w:jc w:val="center"/>
        </w:trPr>
        <w:tc>
          <w:tcPr>
            <w:tcW w:w="10656" w:type="dxa"/>
            <w:shd w:val="clear" w:color="auto" w:fill="E7E7E7"/>
            <w:tcMar>
              <w:top w:w="120" w:type="dxa"/>
              <w:left w:w="220" w:type="dxa"/>
              <w:bottom w:w="120" w:type="dxa"/>
              <w:right w:w="220" w:type="dxa"/>
            </w:tcMar>
          </w:tcPr>
          <w:p w14:paraId="044DE873" w14:textId="4CA62C7E" w:rsidR="008646D8" w:rsidRPr="00762DE0" w:rsidRDefault="00762DE0" w:rsidP="000B5058">
            <w:pPr>
              <w:spacing w:before="240" w:after="240" w:line="360" w:lineRule="auto"/>
              <w:jc w:val="center"/>
              <w:rPr>
                <w:rFonts w:cs="Arial"/>
                <w:b/>
                <w:bCs/>
                <w:sz w:val="32"/>
                <w:szCs w:val="32"/>
                <w:lang w:val="en-GB" w:eastAsia="ja-JP"/>
              </w:rPr>
            </w:pPr>
            <w:r w:rsidRPr="00762DE0">
              <w:rPr>
                <w:b/>
                <w:bCs/>
                <w:sz w:val="44"/>
                <w:szCs w:val="36"/>
                <w:lang w:val="fr-FR"/>
              </w:rPr>
              <w:t>Survivants et survivantes : merci de faire une vidéo et de nous l'envoyer</w:t>
            </w:r>
          </w:p>
        </w:tc>
      </w:tr>
    </w:tbl>
    <w:p w14:paraId="6453A53D" w14:textId="3F3FB86C" w:rsidR="008646D8" w:rsidRDefault="008646D8">
      <w:pPr>
        <w:spacing w:after="40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816"/>
        <w:gridCol w:w="6264"/>
      </w:tblGrid>
      <w:tr w:rsidR="008646D8" w14:paraId="54A8613B" w14:textId="77777777">
        <w:trPr>
          <w:jc w:val="center"/>
        </w:trPr>
        <w:tc>
          <w:tcPr>
            <w:tcW w:w="3816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04D8B5FF" w14:textId="6D870F03" w:rsidR="00E71C31" w:rsidRDefault="001D32B2" w:rsidP="00E71C31">
            <w:pPr>
              <w:spacing w:after="0"/>
              <w:jc w:val="center"/>
            </w:pPr>
            <w:r>
              <w:rPr>
                <w:noProof/>
                <w:lang w:val="fr-FR"/>
              </w:rPr>
              <w:drawing>
                <wp:anchor distT="0" distB="0" distL="114300" distR="114300" simplePos="0" relativeHeight="251658240" behindDoc="0" locked="0" layoutInCell="1" allowOverlap="1" wp14:anchorId="0B8F91AD" wp14:editId="51EBB6DB">
                  <wp:simplePos x="0" y="0"/>
                  <wp:positionH relativeFrom="column">
                    <wp:posOffset>-488950</wp:posOffset>
                  </wp:positionH>
                  <wp:positionV relativeFrom="paragraph">
                    <wp:posOffset>-1931035</wp:posOffset>
                  </wp:positionV>
                  <wp:extent cx="2047875" cy="2171700"/>
                  <wp:effectExtent l="0" t="0" r="9525" b="0"/>
                  <wp:wrapThrough wrapText="bothSides">
                    <wp:wrapPolygon edited="0">
                      <wp:start x="0" y="0"/>
                      <wp:lineTo x="0" y="21411"/>
                      <wp:lineTo x="21500" y="21411"/>
                      <wp:lineTo x="21500" y="0"/>
                      <wp:lineTo x="0" y="0"/>
                    </wp:wrapPolygon>
                  </wp:wrapThrough>
                  <wp:docPr id="29379631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217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2C58130" w14:textId="339B4C31" w:rsidR="00E71C31" w:rsidRDefault="00E71C31" w:rsidP="00E71C31">
            <w:pPr>
              <w:spacing w:after="0"/>
              <w:jc w:val="center"/>
            </w:pPr>
          </w:p>
          <w:p w14:paraId="0933A7BE" w14:textId="443D4137" w:rsidR="00E71C31" w:rsidRDefault="001D32B2" w:rsidP="00E71C31">
            <w:pPr>
              <w:spacing w:after="0"/>
              <w:jc w:val="center"/>
            </w:pPr>
            <w:r w:rsidRPr="001D32B2">
              <w:rPr>
                <w:noProof/>
                <w:lang w:val="fr-FR"/>
              </w:rPr>
              <w:drawing>
                <wp:anchor distT="0" distB="0" distL="114300" distR="114300" simplePos="0" relativeHeight="251660288" behindDoc="0" locked="0" layoutInCell="1" allowOverlap="1" wp14:anchorId="404550A1" wp14:editId="10CAB113">
                  <wp:simplePos x="0" y="0"/>
                  <wp:positionH relativeFrom="column">
                    <wp:posOffset>123190</wp:posOffset>
                  </wp:positionH>
                  <wp:positionV relativeFrom="paragraph">
                    <wp:posOffset>153035</wp:posOffset>
                  </wp:positionV>
                  <wp:extent cx="1692275" cy="3886200"/>
                  <wp:effectExtent l="0" t="0" r="3175" b="0"/>
                  <wp:wrapNone/>
                  <wp:docPr id="31168728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1687288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2275" cy="388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A1FDF0E" w14:textId="001FBEA8" w:rsidR="00E71C31" w:rsidRDefault="00E71C31" w:rsidP="00E71C31">
            <w:pPr>
              <w:spacing w:after="0"/>
              <w:jc w:val="center"/>
            </w:pPr>
          </w:p>
          <w:p w14:paraId="7EAA0B03" w14:textId="0D162BD1" w:rsidR="00E71C31" w:rsidRDefault="00E71C31" w:rsidP="00E71C31">
            <w:pPr>
              <w:spacing w:after="0"/>
              <w:jc w:val="center"/>
            </w:pPr>
          </w:p>
          <w:p w14:paraId="22E79F63" w14:textId="63BC2751" w:rsidR="00E71C31" w:rsidRDefault="00E71C31" w:rsidP="00E71C31">
            <w:pPr>
              <w:spacing w:after="0"/>
              <w:jc w:val="center"/>
            </w:pPr>
          </w:p>
          <w:p w14:paraId="18E0811B" w14:textId="3DAF5D3D" w:rsidR="00E71C31" w:rsidRDefault="00E71C31" w:rsidP="00E71C31">
            <w:pPr>
              <w:spacing w:after="0"/>
              <w:jc w:val="center"/>
            </w:pPr>
          </w:p>
          <w:p w14:paraId="75B86F48" w14:textId="048319E7" w:rsidR="00E71C31" w:rsidRDefault="00E71C31" w:rsidP="00E71C31">
            <w:pPr>
              <w:spacing w:after="0"/>
              <w:jc w:val="center"/>
            </w:pPr>
          </w:p>
          <w:p w14:paraId="5F8F116E" w14:textId="2D1F5482" w:rsidR="00E71C31" w:rsidRDefault="00E71C31" w:rsidP="00E71C31">
            <w:pPr>
              <w:spacing w:after="0"/>
              <w:jc w:val="center"/>
            </w:pPr>
          </w:p>
          <w:p w14:paraId="29BC7152" w14:textId="6D0B80B1" w:rsidR="00E71C31" w:rsidRDefault="00E71C31" w:rsidP="00E71C31">
            <w:pPr>
              <w:spacing w:after="0"/>
              <w:jc w:val="center"/>
            </w:pPr>
          </w:p>
          <w:p w14:paraId="608A114A" w14:textId="77777777" w:rsidR="00E71C31" w:rsidRDefault="00E71C31" w:rsidP="00E71C31">
            <w:pPr>
              <w:spacing w:after="0"/>
              <w:jc w:val="center"/>
            </w:pPr>
          </w:p>
          <w:p w14:paraId="6DA24F05" w14:textId="5D4F813E" w:rsidR="00E71C31" w:rsidRDefault="00E71C31" w:rsidP="00E71C31">
            <w:pPr>
              <w:spacing w:after="0"/>
              <w:jc w:val="center"/>
            </w:pPr>
          </w:p>
          <w:p w14:paraId="4FB4A227" w14:textId="799CE67E" w:rsidR="00E71C31" w:rsidRDefault="00E71C31" w:rsidP="00E71C31">
            <w:pPr>
              <w:spacing w:after="0"/>
              <w:jc w:val="center"/>
            </w:pPr>
          </w:p>
          <w:p w14:paraId="04BCA565" w14:textId="77777777" w:rsidR="00E71C31" w:rsidRDefault="00E71C31" w:rsidP="00E71C31">
            <w:pPr>
              <w:spacing w:after="0"/>
              <w:jc w:val="center"/>
            </w:pPr>
          </w:p>
          <w:p w14:paraId="2F91E668" w14:textId="77777777" w:rsidR="00E71C31" w:rsidRDefault="00E71C31" w:rsidP="00E71C31">
            <w:pPr>
              <w:spacing w:after="0"/>
              <w:jc w:val="center"/>
            </w:pPr>
          </w:p>
          <w:p w14:paraId="540FD3CF" w14:textId="77777777" w:rsidR="00E71C31" w:rsidRDefault="00E71C31" w:rsidP="00E71C31">
            <w:pPr>
              <w:spacing w:after="0"/>
              <w:jc w:val="center"/>
            </w:pPr>
          </w:p>
          <w:p w14:paraId="197CDD1C" w14:textId="77777777" w:rsidR="00E71C31" w:rsidRDefault="00E71C31" w:rsidP="00E71C31">
            <w:pPr>
              <w:spacing w:after="0"/>
              <w:jc w:val="center"/>
            </w:pPr>
          </w:p>
          <w:p w14:paraId="086ADD1E" w14:textId="77777777" w:rsidR="00E71C31" w:rsidRDefault="00E71C31" w:rsidP="00E71C31">
            <w:pPr>
              <w:spacing w:after="0"/>
              <w:jc w:val="center"/>
            </w:pPr>
          </w:p>
          <w:p w14:paraId="61A325DF" w14:textId="77777777" w:rsidR="00E71C31" w:rsidRDefault="00E71C31" w:rsidP="00E71C31">
            <w:pPr>
              <w:spacing w:after="0"/>
              <w:jc w:val="center"/>
            </w:pPr>
          </w:p>
          <w:p w14:paraId="14CA00D4" w14:textId="77777777" w:rsidR="00E71C31" w:rsidRDefault="00E71C31" w:rsidP="00E71C31">
            <w:pPr>
              <w:spacing w:after="0"/>
              <w:jc w:val="center"/>
            </w:pPr>
          </w:p>
          <w:p w14:paraId="0A54F891" w14:textId="77777777" w:rsidR="00E71C31" w:rsidRDefault="00E71C31" w:rsidP="00E71C31">
            <w:pPr>
              <w:spacing w:after="0"/>
              <w:jc w:val="center"/>
            </w:pPr>
          </w:p>
          <w:p w14:paraId="7477C3AA" w14:textId="77777777" w:rsidR="00E71C31" w:rsidRDefault="00E71C31" w:rsidP="00E71C31">
            <w:pPr>
              <w:spacing w:after="0"/>
              <w:jc w:val="center"/>
            </w:pPr>
          </w:p>
          <w:p w14:paraId="03B9F1D0" w14:textId="54C1F9AC" w:rsidR="00E71C31" w:rsidRDefault="001D32B2" w:rsidP="00E71C31">
            <w:pPr>
              <w:spacing w:after="0"/>
              <w:jc w:val="center"/>
            </w:pPr>
            <w:r w:rsidRPr="001D32B2">
              <w:rPr>
                <w:noProof/>
                <w:lang w:val="fr-FR"/>
              </w:rPr>
              <w:lastRenderedPageBreak/>
              <w:drawing>
                <wp:anchor distT="0" distB="0" distL="114300" distR="114300" simplePos="0" relativeHeight="251659264" behindDoc="0" locked="0" layoutInCell="1" allowOverlap="1" wp14:anchorId="43F4BE59" wp14:editId="665FBFBE">
                  <wp:simplePos x="0" y="0"/>
                  <wp:positionH relativeFrom="column">
                    <wp:posOffset>-98425</wp:posOffset>
                  </wp:positionH>
                  <wp:positionV relativeFrom="paragraph">
                    <wp:posOffset>20955</wp:posOffset>
                  </wp:positionV>
                  <wp:extent cx="2019300" cy="2774315"/>
                  <wp:effectExtent l="0" t="0" r="0" b="6985"/>
                  <wp:wrapNone/>
                  <wp:docPr id="68985474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9854744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2774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19E9AD1" w14:textId="77777777" w:rsidR="00E71C31" w:rsidRDefault="00E71C31" w:rsidP="00E71C31">
            <w:pPr>
              <w:spacing w:after="0"/>
              <w:jc w:val="center"/>
            </w:pPr>
          </w:p>
          <w:p w14:paraId="43EBF4CB" w14:textId="77777777" w:rsidR="00E71C31" w:rsidRDefault="00E71C31" w:rsidP="00E71C31">
            <w:pPr>
              <w:spacing w:after="0"/>
              <w:jc w:val="center"/>
            </w:pPr>
          </w:p>
          <w:p w14:paraId="78607E18" w14:textId="77777777" w:rsidR="00E71C31" w:rsidRDefault="00E71C31" w:rsidP="00E71C31">
            <w:pPr>
              <w:spacing w:after="0"/>
              <w:jc w:val="center"/>
            </w:pPr>
          </w:p>
          <w:p w14:paraId="2803A754" w14:textId="77777777" w:rsidR="00E71C31" w:rsidRDefault="00E71C31" w:rsidP="00E71C31">
            <w:pPr>
              <w:spacing w:after="0"/>
              <w:jc w:val="center"/>
            </w:pPr>
          </w:p>
          <w:p w14:paraId="7018A41E" w14:textId="77777777" w:rsidR="00E71C31" w:rsidRDefault="00E71C31" w:rsidP="00E71C31">
            <w:pPr>
              <w:spacing w:after="0"/>
              <w:jc w:val="center"/>
            </w:pPr>
          </w:p>
          <w:p w14:paraId="15BBEBEC" w14:textId="77777777" w:rsidR="00E71C31" w:rsidRDefault="00E71C31" w:rsidP="00E71C31">
            <w:pPr>
              <w:spacing w:after="0"/>
              <w:jc w:val="center"/>
            </w:pPr>
          </w:p>
          <w:p w14:paraId="41AE072F" w14:textId="77777777" w:rsidR="00E71C31" w:rsidRDefault="00E71C31" w:rsidP="00E71C31">
            <w:pPr>
              <w:spacing w:after="0"/>
              <w:jc w:val="center"/>
            </w:pPr>
          </w:p>
          <w:p w14:paraId="2AC5790B" w14:textId="77777777" w:rsidR="00E71C31" w:rsidRDefault="00E71C31" w:rsidP="00E71C31">
            <w:pPr>
              <w:spacing w:after="0"/>
              <w:jc w:val="center"/>
            </w:pPr>
          </w:p>
          <w:p w14:paraId="3B6A15E6" w14:textId="77777777" w:rsidR="00E71C31" w:rsidRDefault="00E71C31" w:rsidP="00E71C31">
            <w:pPr>
              <w:spacing w:after="0"/>
              <w:jc w:val="center"/>
            </w:pPr>
          </w:p>
          <w:p w14:paraId="24405CD0" w14:textId="77777777" w:rsidR="00E71C31" w:rsidRDefault="00E71C31" w:rsidP="00E71C31">
            <w:pPr>
              <w:spacing w:after="0"/>
              <w:jc w:val="center"/>
            </w:pPr>
          </w:p>
          <w:p w14:paraId="1F9761C0" w14:textId="77777777" w:rsidR="00E71C31" w:rsidRDefault="00E71C31" w:rsidP="00E71C31">
            <w:pPr>
              <w:spacing w:after="0"/>
              <w:jc w:val="center"/>
            </w:pPr>
          </w:p>
          <w:p w14:paraId="77F70DA4" w14:textId="54356603" w:rsidR="00E71C31" w:rsidRDefault="00EA5B0C" w:rsidP="00E71C31">
            <w:pPr>
              <w:spacing w:after="0"/>
              <w:jc w:val="center"/>
            </w:pPr>
            <w:r>
              <w:rPr>
                <w:noProof/>
                <w:lang w:val="fr-FR"/>
              </w:rPr>
              <w:drawing>
                <wp:inline distT="0" distB="0" distL="0" distR="0" wp14:anchorId="67E5C5EB" wp14:editId="74E6A641">
                  <wp:extent cx="2240280" cy="193753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1_cam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0280" cy="19375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64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1505BCCC" w14:textId="6F341370" w:rsidR="00F94CEF" w:rsidRDefault="00F94CEF">
            <w:pPr>
              <w:spacing w:after="0" w:line="269" w:lineRule="auto"/>
            </w:pPr>
            <w:r>
              <w:rPr>
                <w:lang w:val="fr-FR"/>
              </w:rPr>
              <w:t>Je m'appelle Chiaki Nakayama.</w:t>
            </w:r>
            <w:r w:rsidR="0082106B">
              <w:rPr>
                <w:lang w:val="fr-FR"/>
              </w:rPr>
            </w:r>
            <w:r w:rsidR="0082106B" w:rsidRPr="0082106B">
              <w:rPr>
                <w:lang w:val="fr-FR"/>
              </w:rPr>
            </w:r>
            <w:r>
              <w:rPr>
                <w:lang w:val="fr-FR"/>
              </w:rPr>
            </w:r>
          </w:p>
          <w:p w14:paraId="1D126144" w14:textId="77777777" w:rsidR="00F94CEF" w:rsidRDefault="00F94CEF">
            <w:pPr>
              <w:spacing w:after="0" w:line="269" w:lineRule="auto"/>
            </w:pPr>
          </w:p>
          <w:p w14:paraId="021BF787" w14:textId="2385EE7E" w:rsidR="00F94CEF" w:rsidRDefault="00F94CEF">
            <w:pPr>
              <w:spacing w:after="0" w:line="269" w:lineRule="auto"/>
            </w:pPr>
            <w:r>
              <w:rPr>
                <w:lang w:val="fr-FR"/>
              </w:rPr>
              <w:t>Je suis une personne auto-représentante du Japon et une personne survivante des institutions.</w:t>
            </w:r>
          </w:p>
          <w:p w14:paraId="76FA56CA" w14:textId="77777777" w:rsidR="00F94CEF" w:rsidRDefault="00F94CEF">
            <w:pPr>
              <w:spacing w:after="0" w:line="269" w:lineRule="auto"/>
            </w:pPr>
          </w:p>
          <w:p w14:paraId="5A46974B" w14:textId="77806DEB" w:rsidR="00F94CEF" w:rsidRDefault="00E71C31">
            <w:pPr>
              <w:spacing w:after="0" w:line="269" w:lineRule="auto"/>
            </w:pPr>
            <w:r w:rsidRPr="00E71C31">
              <w:rPr>
                <w:lang w:val="fr-FR"/>
              </w:rPr>
              <w:t>Inclusion International a un réseau mondial de personnes survivantes des institutions.</w:t>
            </w:r>
            <w:r>
              <w:rPr>
                <w:lang w:val="fr-FR"/>
              </w:rPr>
            </w:r>
            <w:r w:rsidRPr="00E71C31">
              <w:rPr>
                <w:lang w:val="fr-FR"/>
              </w:rPr>
            </w:r>
          </w:p>
          <w:p w14:paraId="31720184" w14:textId="77777777" w:rsidR="00F94CEF" w:rsidRDefault="00F94CEF">
            <w:pPr>
              <w:spacing w:after="0" w:line="269" w:lineRule="auto"/>
            </w:pPr>
          </w:p>
          <w:p w14:paraId="29DA5BFC" w14:textId="61270830" w:rsidR="00E71C31" w:rsidRDefault="00E71C31">
            <w:pPr>
              <w:spacing w:after="0" w:line="269" w:lineRule="auto"/>
            </w:pPr>
            <w:r w:rsidRPr="00E71C31">
              <w:rPr>
                <w:lang w:val="fr-FR"/>
              </w:rPr>
              <w:t>Ce groupe s'appelle Survivors Network. En français : le Réseau des personnes survivantes.</w:t>
            </w:r>
            <w:r>
              <w:rPr>
                <w:lang w:val="fr-FR"/>
              </w:rPr>
            </w:r>
            <w:r w:rsidRPr="00E71C31">
              <w:rPr>
                <w:lang w:val="fr-FR"/>
              </w:rPr>
            </w:r>
          </w:p>
          <w:p w14:paraId="49EBBCD8" w14:textId="34E49AD7" w:rsidR="00F94CEF" w:rsidRDefault="00F94CEF">
            <w:pPr>
              <w:spacing w:after="0" w:line="269" w:lineRule="auto"/>
            </w:pPr>
          </w:p>
          <w:p w14:paraId="0B423F26" w14:textId="451E3C51" w:rsidR="00F94CEF" w:rsidRDefault="00F94CEF">
            <w:pPr>
              <w:spacing w:after="0" w:line="269" w:lineRule="auto"/>
            </w:pPr>
            <w:r>
              <w:rPr>
                <w:lang w:val="fr-FR"/>
              </w:rPr>
              <w:t>Je suis la personne qui préside le Survivors Network.</w:t>
            </w:r>
          </w:p>
          <w:p w14:paraId="0479F73C" w14:textId="77777777" w:rsidR="00E71C31" w:rsidRDefault="00E71C31">
            <w:pPr>
              <w:spacing w:after="0" w:line="269" w:lineRule="auto"/>
            </w:pPr>
          </w:p>
          <w:p w14:paraId="70D9DCE8" w14:textId="3D3C58D3" w:rsidR="00E71C31" w:rsidRDefault="00E71C31" w:rsidP="00E71C31">
            <w:pPr>
              <w:spacing w:after="0" w:line="269" w:lineRule="auto"/>
            </w:pPr>
            <w:r w:rsidRPr="00E71C31">
              <w:rPr>
                <w:lang w:val="fr-FR"/>
              </w:rPr>
              <w:t>Une institution est un endroit où les personnes handicapées :</w:t>
            </w:r>
            <w:r>
              <w:rPr>
                <w:lang w:val="fr-FR"/>
              </w:rPr>
            </w:r>
            <w:r w:rsidRPr="00E71C31">
              <w:rPr>
                <w:lang w:val="fr-FR"/>
              </w:rPr>
            </w:r>
            <w:r>
              <w:rPr>
                <w:lang w:val="fr-FR"/>
              </w:rPr>
            </w:r>
          </w:p>
          <w:p w14:paraId="6294F771" w14:textId="45E2DD8E" w:rsidR="00E71C31" w:rsidRDefault="00E71C31" w:rsidP="00E71C31">
            <w:pPr>
              <w:pStyle w:val="ae"/>
              <w:numPr>
                <w:ilvl w:val="0"/>
                <w:numId w:val="11"/>
              </w:numPr>
              <w:spacing w:after="0" w:line="269" w:lineRule="auto"/>
            </w:pPr>
            <w:r w:rsidRPr="00E71C31">
              <w:rPr>
                <w:lang w:val="fr-FR"/>
              </w:rPr>
              <w:t>sont séparées de la communauté.</w:t>
            </w:r>
          </w:p>
          <w:p w14:paraId="4FFE78C9" w14:textId="3A40CA12" w:rsidR="00E71C31" w:rsidRDefault="00E71C31" w:rsidP="00E71C31">
            <w:pPr>
              <w:pStyle w:val="ae"/>
              <w:numPr>
                <w:ilvl w:val="0"/>
                <w:numId w:val="11"/>
              </w:numPr>
              <w:spacing w:after="0" w:line="269" w:lineRule="auto"/>
            </w:pPr>
            <w:r w:rsidRPr="00E71C31">
              <w:rPr>
                <w:lang w:val="fr-FR"/>
              </w:rPr>
              <w:t>ne décident pas de leur vie ni des choses de tous les jours, comme qui s'occupe d'elles et ce qu'elles font de leur temps.</w:t>
            </w:r>
          </w:p>
          <w:p w14:paraId="57E1E58E" w14:textId="72B682CE" w:rsidR="00E71C31" w:rsidRDefault="00E71C31" w:rsidP="00E71C31">
            <w:pPr>
              <w:pStyle w:val="ae"/>
              <w:numPr>
                <w:ilvl w:val="0"/>
                <w:numId w:val="11"/>
              </w:numPr>
              <w:spacing w:after="0" w:line="269" w:lineRule="auto"/>
            </w:pPr>
            <w:r>
              <w:rPr>
                <w:lang w:val="fr-FR"/>
              </w:rPr>
              <w:t>n'ont pas leurs droits respectés</w:t>
            </w:r>
          </w:p>
          <w:p w14:paraId="3D8C5554" w14:textId="77777777" w:rsidR="00E71C31" w:rsidRDefault="00E71C31">
            <w:pPr>
              <w:spacing w:after="0" w:line="269" w:lineRule="auto"/>
            </w:pPr>
          </w:p>
          <w:p w14:paraId="062391DA" w14:textId="77777777" w:rsidR="00F94CEF" w:rsidRDefault="00E71C31">
            <w:pPr>
              <w:spacing w:after="0" w:line="269" w:lineRule="auto"/>
            </w:pPr>
            <w:r w:rsidRPr="00E71C31">
              <w:rPr>
                <w:lang w:val="fr-FR"/>
              </w:rPr>
              <w:t>Une institution peut être grande, quand beaucoup de personnes vivent ensemble au même endroit.</w:t>
            </w:r>
          </w:p>
          <w:p w14:paraId="770034A4" w14:textId="77777777" w:rsidR="00F94CEF" w:rsidRDefault="00F94CEF">
            <w:pPr>
              <w:spacing w:after="0" w:line="269" w:lineRule="auto"/>
            </w:pPr>
          </w:p>
          <w:p w14:paraId="6A3367CD" w14:textId="77777777" w:rsidR="00F94CEF" w:rsidRDefault="00E71C31">
            <w:pPr>
              <w:spacing w:after="0" w:line="269" w:lineRule="auto"/>
            </w:pPr>
            <w:r w:rsidRPr="00E71C31">
              <w:rPr>
                <w:lang w:val="fr-FR"/>
              </w:rPr>
              <w:t>Ou petite, avec seulement quelques personnes.</w:t>
            </w:r>
          </w:p>
          <w:p w14:paraId="2446E677" w14:textId="77777777" w:rsidR="00F94CEF" w:rsidRDefault="00F94CEF">
            <w:pPr>
              <w:spacing w:after="0" w:line="269" w:lineRule="auto"/>
            </w:pPr>
          </w:p>
          <w:p w14:paraId="6CB58205" w14:textId="512219DC" w:rsidR="00E71C31" w:rsidRDefault="00E71C31">
            <w:pPr>
              <w:spacing w:after="0" w:line="269" w:lineRule="auto"/>
            </w:pPr>
            <w:r w:rsidRPr="00E71C31">
              <w:rPr>
                <w:lang w:val="fr-FR"/>
              </w:rPr>
              <w:t>Les institutions peuvent avoir beaucoup de noms différents.</w:t>
            </w:r>
            <w:r>
              <w:rPr>
                <w:lang w:val="fr-FR"/>
              </w:rPr>
            </w:r>
          </w:p>
          <w:p w14:paraId="50A7FEFB" w14:textId="77777777" w:rsidR="00E71C31" w:rsidRDefault="00E71C31">
            <w:pPr>
              <w:spacing w:after="0" w:line="269" w:lineRule="auto"/>
            </w:pPr>
          </w:p>
          <w:p w14:paraId="2CFC9CEC" w14:textId="77777777" w:rsidR="001D32B2" w:rsidRDefault="001D32B2">
            <w:pPr>
              <w:spacing w:after="0" w:line="269" w:lineRule="auto"/>
            </w:pPr>
          </w:p>
          <w:p w14:paraId="569BAF5F" w14:textId="77777777" w:rsidR="001D32B2" w:rsidRDefault="001D32B2">
            <w:pPr>
              <w:spacing w:after="0" w:line="269" w:lineRule="auto"/>
            </w:pPr>
          </w:p>
          <w:p w14:paraId="7A8DB466" w14:textId="77777777" w:rsidR="001D32B2" w:rsidRDefault="001D32B2">
            <w:pPr>
              <w:spacing w:after="0" w:line="269" w:lineRule="auto"/>
            </w:pPr>
          </w:p>
          <w:p w14:paraId="497958CF" w14:textId="77777777" w:rsidR="001D32B2" w:rsidRDefault="001D32B2">
            <w:pPr>
              <w:spacing w:after="0" w:line="269" w:lineRule="auto"/>
            </w:pPr>
          </w:p>
          <w:p w14:paraId="6E7E27F6" w14:textId="77777777" w:rsidR="001D32B2" w:rsidRDefault="001D32B2">
            <w:pPr>
              <w:spacing w:after="0" w:line="269" w:lineRule="auto"/>
            </w:pPr>
          </w:p>
          <w:p w14:paraId="06ADD5E0" w14:textId="4F50EC18" w:rsidR="00F94CEF" w:rsidRDefault="00E71C31">
            <w:pPr>
              <w:spacing w:after="0" w:line="269" w:lineRule="auto"/>
            </w:pPr>
            <w:r w:rsidRPr="00E71C31">
              <w:rPr>
                <w:lang w:val="fr-FR"/>
              </w:rPr>
              <w:t>Les personnes survivantes des institutions sont des personnes qui :</w:t>
            </w:r>
            <w:r w:rsidR="00F94CEF">
              <w:rPr>
                <w:lang w:val="fr-FR"/>
              </w:rPr>
            </w:r>
          </w:p>
          <w:p w14:paraId="09490C2E" w14:textId="77777777" w:rsidR="00F94CEF" w:rsidRDefault="00E71C31" w:rsidP="00F94CEF">
            <w:pPr>
              <w:pStyle w:val="ae"/>
              <w:numPr>
                <w:ilvl w:val="0"/>
                <w:numId w:val="12"/>
              </w:numPr>
              <w:spacing w:after="0" w:line="269" w:lineRule="auto"/>
            </w:pPr>
            <w:r w:rsidRPr="00E71C31">
              <w:rPr>
                <w:lang w:val="fr-FR"/>
              </w:rPr>
              <w:t>ont vécu en institution, sont parties et vivent maintenant dans la communauté.</w:t>
            </w:r>
          </w:p>
          <w:p w14:paraId="5626049A" w14:textId="5264EC2B" w:rsidR="00E71C31" w:rsidRDefault="00E71C31" w:rsidP="00F94CEF">
            <w:pPr>
              <w:pStyle w:val="ae"/>
              <w:numPr>
                <w:ilvl w:val="0"/>
                <w:numId w:val="12"/>
              </w:numPr>
              <w:spacing w:after="0" w:line="269" w:lineRule="auto"/>
            </w:pPr>
            <w:r w:rsidRPr="00E71C31">
              <w:rPr>
                <w:lang w:val="fr-FR"/>
              </w:rPr>
              <w:t>vivent encore en institution, mais essaient de partir.</w:t>
            </w:r>
          </w:p>
          <w:p w14:paraId="5067DB95" w14:textId="173E17A3" w:rsidR="00E71C31" w:rsidRDefault="00E71C31">
            <w:pPr>
              <w:spacing w:after="0" w:line="269" w:lineRule="auto"/>
            </w:pPr>
          </w:p>
          <w:p w14:paraId="3B4719A7" w14:textId="4783FCD8" w:rsidR="00E71C31" w:rsidRDefault="00E71C31">
            <w:pPr>
              <w:spacing w:after="0" w:line="269" w:lineRule="auto"/>
            </w:pPr>
            <w:r>
              <w:rPr>
                <w:lang w:val="fr-FR"/>
              </w:rPr>
              <w:t>Le Survivors Network d'Inclusion International veut que plus de personnes comprennent ce que sont les institutions et ce que vivent les personnes survivantes.</w:t>
            </w:r>
            <w:r w:rsidR="00F94CEF">
              <w:rPr>
                <w:lang w:val="fr-FR"/>
              </w:rPr>
            </w:r>
            <w:r>
              <w:rPr>
                <w:lang w:val="fr-FR"/>
              </w:rPr>
            </w:r>
          </w:p>
          <w:p w14:paraId="6F03F2CB" w14:textId="77777777" w:rsidR="00E71C31" w:rsidRDefault="00E71C31">
            <w:pPr>
              <w:spacing w:after="0" w:line="269" w:lineRule="auto"/>
            </w:pPr>
          </w:p>
          <w:p w14:paraId="3E465073" w14:textId="0A1BB8F0" w:rsidR="00F94CEF" w:rsidRDefault="00E71C31">
            <w:pPr>
              <w:spacing w:after="0" w:line="269" w:lineRule="auto"/>
            </w:pPr>
            <w:r>
              <w:rPr>
                <w:lang w:val="fr-FR"/>
              </w:rPr>
              <w:t>Pour cela, nous rassemblons des vidéos de personnes survivantes.</w:t>
            </w:r>
            <w:r w:rsidR="001D32B2">
              <w:rPr>
                <w:lang w:val="fr-FR"/>
              </w:rPr>
            </w:r>
            <w:r>
              <w:rPr>
                <w:lang w:val="fr-FR"/>
              </w:rPr>
            </w:r>
          </w:p>
          <w:p w14:paraId="6C82F867" w14:textId="77777777" w:rsidR="00F94CEF" w:rsidRDefault="00F94CEF">
            <w:pPr>
              <w:spacing w:after="0" w:line="269" w:lineRule="auto"/>
            </w:pPr>
          </w:p>
          <w:p w14:paraId="71D55BF9" w14:textId="46E792A7" w:rsidR="00E71C31" w:rsidRDefault="00E71C31">
            <w:pPr>
              <w:spacing w:after="0" w:line="269" w:lineRule="auto"/>
            </w:pPr>
            <w:r>
              <w:rPr>
                <w:lang w:val="fr-FR"/>
              </w:rPr>
              <w:t>Ces vidéos nous aideront à demander la fermeture des institutions.</w:t>
            </w:r>
          </w:p>
          <w:p w14:paraId="3E84E231" w14:textId="77777777" w:rsidR="00E71C31" w:rsidRDefault="00E71C31">
            <w:pPr>
              <w:spacing w:after="0" w:line="269" w:lineRule="auto"/>
            </w:pPr>
          </w:p>
          <w:p w14:paraId="4140F51E" w14:textId="77777777" w:rsidR="00E71C31" w:rsidRDefault="00E71C31">
            <w:pPr>
              <w:spacing w:after="0" w:line="269" w:lineRule="auto"/>
            </w:pPr>
          </w:p>
          <w:p w14:paraId="5BD34FC7" w14:textId="7BF44BCD" w:rsidR="008646D8" w:rsidRDefault="000B5058">
            <w:pPr>
              <w:spacing w:after="0" w:line="269" w:lineRule="auto"/>
            </w:pPr>
            <w:r>
              <w:rPr>
                <w:lang w:val="fr-FR"/>
              </w:rPr>
              <w:t>Ce livret explique aux personnes survivantes ce dont nous aimerions qu'elles parlent dans leur vidéo sur la désinstitutionnalisation.</w:t>
            </w:r>
            <w:r w:rsidR="0082106B">
              <w:rPr>
                <w:lang w:val="fr-FR"/>
              </w:rPr>
            </w:r>
            <w:r>
              <w:rPr>
                <w:lang w:val="fr-FR"/>
              </w:rPr>
            </w:r>
          </w:p>
        </w:tc>
      </w:tr>
      <w:tr w:rsidR="008646D8" w14:paraId="65286CF1" w14:textId="77777777">
        <w:trPr>
          <w:jc w:val="center"/>
        </w:trPr>
        <w:tc>
          <w:tcPr>
            <w:tcW w:w="3816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AA6E967" w14:textId="60A5581B" w:rsidR="008646D8" w:rsidRDefault="008646D8">
            <w:pPr>
              <w:spacing w:after="0"/>
              <w:jc w:val="center"/>
            </w:pPr>
          </w:p>
        </w:tc>
        <w:tc>
          <w:tcPr>
            <w:tcW w:w="6264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054ED82" w14:textId="4231DDDF" w:rsidR="008646D8" w:rsidRDefault="008646D8">
            <w:pPr>
              <w:spacing w:after="0" w:line="269" w:lineRule="auto"/>
            </w:pPr>
          </w:p>
        </w:tc>
      </w:tr>
      <w:tr w:rsidR="008646D8" w14:paraId="7BD031D2" w14:textId="77777777">
        <w:trPr>
          <w:jc w:val="center"/>
        </w:trPr>
        <w:tc>
          <w:tcPr>
            <w:tcW w:w="3816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AE835C9" w14:textId="77777777" w:rsidR="008646D8" w:rsidRDefault="00EA5B0C">
            <w:pPr>
              <w:spacing w:after="0"/>
              <w:jc w:val="center"/>
            </w:pPr>
            <w:r>
              <w:rPr>
                <w:noProof/>
                <w:lang w:val="fr-FR"/>
              </w:rPr>
              <w:drawing>
                <wp:inline distT="0" distB="0" distL="0" distR="0" wp14:anchorId="3A03819B" wp14:editId="338FE4B6">
                  <wp:extent cx="2011680" cy="201168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1_list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1680" cy="2011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64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0C3F9427" w14:textId="77777777" w:rsidR="00F20221" w:rsidRDefault="00F20221" w:rsidP="00F20221">
            <w:pPr>
              <w:spacing w:after="140" w:line="269" w:lineRule="auto"/>
            </w:pPr>
            <w:r>
              <w:rPr>
                <w:rFonts w:hint="eastAsia"/>
                <w:b/>
                <w:color w:val="000000"/>
                <w:sz w:val="32"/>
                <w:lang w:eastAsia="ja-JP" w:val="fr-FR"/>
              </w:rPr>
              <w:t>Nous aimerions vous entendre parler de :</w:t>
            </w:r>
            <w:r>
              <w:rPr>
                <w:b/>
                <w:color w:val="000000"/>
                <w:sz w:val="32"/>
                <w:lang w:val="fr-FR"/>
              </w:rPr>
            </w:r>
          </w:p>
          <w:p w14:paraId="7E2346A6" w14:textId="77777777" w:rsidR="00F20221" w:rsidRDefault="00F20221" w:rsidP="00F20221">
            <w:pPr>
              <w:spacing w:after="80" w:line="259" w:lineRule="auto"/>
              <w:ind w:left="331" w:hanging="187"/>
            </w:pPr>
            <w:r>
              <w:rPr>
                <w:color w:val="000000"/>
                <w:sz w:val="29"/>
                <w:lang w:val="fr-FR"/>
              </w:rPr>
              <w:t>• Pourquoi vous avez vécu en institution.</w:t>
            </w:r>
            <w:proofErr w:type="gramStart"/>
            <w:r>
              <w:rPr>
                <w:color w:val="000000"/>
                <w:sz w:val="29"/>
                <w:lang w:val="fr-FR"/>
              </w:rPr>
            </w:r>
            <w:proofErr w:type="gramEnd"/>
            <w:r>
              <w:rPr>
                <w:color w:val="000000"/>
                <w:sz w:val="29"/>
                <w:lang w:val="fr-FR"/>
              </w:rPr>
            </w:r>
          </w:p>
          <w:p w14:paraId="2A5A4E22" w14:textId="77777777" w:rsidR="00F20221" w:rsidRDefault="00F20221" w:rsidP="00F20221">
            <w:pPr>
              <w:spacing w:after="80" w:line="259" w:lineRule="auto"/>
              <w:ind w:left="331" w:hanging="187"/>
            </w:pPr>
            <w:r>
              <w:rPr>
                <w:color w:val="000000"/>
                <w:sz w:val="29"/>
                <w:lang w:val="fr-FR"/>
              </w:rPr>
              <w:t>• Comment c'était de vivre là-bas.</w:t>
            </w:r>
          </w:p>
          <w:p w14:paraId="657443B1" w14:textId="77777777" w:rsidR="00F20221" w:rsidRDefault="00F20221" w:rsidP="00F20221">
            <w:pPr>
              <w:spacing w:after="80" w:line="259" w:lineRule="auto"/>
              <w:ind w:left="331" w:hanging="187"/>
            </w:pPr>
            <w:r>
              <w:rPr>
                <w:color w:val="000000"/>
                <w:sz w:val="29"/>
                <w:lang w:val="fr-FR"/>
              </w:rPr>
              <w:t>• Comment vous êtes parti vivre dans la communauté.</w:t>
            </w:r>
          </w:p>
          <w:p w14:paraId="3855D93C" w14:textId="77777777" w:rsidR="00F20221" w:rsidRDefault="00F20221" w:rsidP="00F20221">
            <w:pPr>
              <w:spacing w:after="80" w:line="259" w:lineRule="auto"/>
              <w:ind w:left="331" w:hanging="187"/>
              <w:rPr>
                <w:lang w:eastAsia="ja-JP"/>
              </w:rPr>
            </w:pPr>
            <w:r>
              <w:rPr>
                <w:color w:val="000000"/>
                <w:sz w:val="29"/>
                <w:lang w:val="fr-FR"/>
              </w:rPr>
              <w:t>• Ce qui est différent dans votre vie aujourd'hui.</w:t>
            </w:r>
            <w:proofErr w:type="gramStart"/>
            <w:r>
              <w:rPr>
                <w:color w:val="000000"/>
                <w:sz w:val="29"/>
                <w:lang w:val="fr-FR"/>
              </w:rPr>
            </w:r>
            <w:proofErr w:type="gramEnd"/>
            <w:r>
              <w:rPr>
                <w:color w:val="000000"/>
                <w:sz w:val="29"/>
                <w:lang w:val="fr-FR"/>
              </w:rPr>
            </w:r>
            <w:r>
              <w:rPr>
                <w:lang w:val="fr-FR"/>
              </w:rPr>
            </w:r>
          </w:p>
          <w:p w14:paraId="507B96E8" w14:textId="77777777" w:rsidR="00F20221" w:rsidRPr="005B6465" w:rsidRDefault="00F20221" w:rsidP="00F20221">
            <w:pPr>
              <w:spacing w:after="80" w:line="259" w:lineRule="auto"/>
              <w:ind w:left="331" w:hanging="187"/>
              <w:rPr>
                <w:lang w:eastAsia="ja-JP"/>
              </w:rPr>
            </w:pPr>
            <w:r>
              <w:rPr>
                <w:color w:val="000000"/>
                <w:sz w:val="29"/>
                <w:lang w:val="fr-FR"/>
              </w:rPr>
              <w:t>• Votre message !</w:t>
            </w:r>
            <w:r>
              <w:rPr>
                <w:rFonts w:hint="eastAsia"/>
                <w:color w:val="000000"/>
                <w:sz w:val="29"/>
                <w:lang w:eastAsia="ja-JP" w:val="fr-FR"/>
              </w:rPr>
            </w:r>
            <w:r>
              <w:rPr>
                <w:rFonts w:hint="eastAsia"/>
                <w:lang w:eastAsia="ja-JP" w:val="fr-FR"/>
              </w:rPr>
            </w:r>
          </w:p>
          <w:p w14:paraId="30592064" w14:textId="77777777" w:rsidR="00F20221" w:rsidRDefault="00F20221" w:rsidP="00F20221">
            <w:pPr>
              <w:spacing w:after="80" w:line="259" w:lineRule="auto"/>
              <w:ind w:left="331" w:hanging="187"/>
              <w:rPr>
                <w:color w:val="000000"/>
                <w:sz w:val="29"/>
                <w:lang w:eastAsia="ja-JP"/>
              </w:rPr>
            </w:pPr>
          </w:p>
          <w:p w14:paraId="6AD155A9" w14:textId="663C7B8F" w:rsidR="008E163B" w:rsidRPr="008E163B" w:rsidRDefault="00F20221" w:rsidP="00F20221">
            <w:pPr>
              <w:spacing w:after="80" w:line="259" w:lineRule="auto"/>
              <w:ind w:left="331" w:hanging="187"/>
              <w:rPr>
                <w:color w:val="000000"/>
                <w:sz w:val="29"/>
                <w:lang w:eastAsia="ja-JP"/>
              </w:rPr>
            </w:pPr>
            <w:r>
              <w:rPr>
                <w:rFonts w:hint="eastAsia"/>
                <w:color w:val="000000"/>
                <w:sz w:val="29"/>
                <w:lang w:eastAsia="ja-JP" w:val="fr-FR"/>
              </w:rPr>
              <w:t>Nous expliquons plus de détails dans les pages suivantes.</w:t>
            </w:r>
            <w:r>
              <w:rPr>
                <w:color w:val="000000"/>
                <w:sz w:val="29"/>
                <w:lang w:eastAsia="ja-JP" w:val="fr-FR"/>
              </w:rPr>
            </w:r>
            <w:r>
              <w:rPr>
                <w:rFonts w:hint="eastAsia"/>
                <w:color w:val="000000"/>
                <w:sz w:val="29"/>
                <w:lang w:eastAsia="ja-JP" w:val="fr-FR"/>
              </w:rPr>
            </w:r>
            <w:r w:rsidRPr="0079280E">
              <w:rPr>
                <w:rFonts w:hint="eastAsia"/>
                <w:color w:val="000000"/>
                <w:sz w:val="29"/>
                <w:lang w:eastAsia="ja-JP" w:val="fr-FR"/>
              </w:rPr>
            </w:r>
          </w:p>
        </w:tc>
      </w:tr>
    </w:tbl>
    <w:p w14:paraId="52F8E6D0" w14:textId="78D00100" w:rsidR="008646D8" w:rsidRDefault="008646D8"/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656"/>
      </w:tblGrid>
      <w:tr w:rsidR="008646D8" w14:paraId="04C7BFF2" w14:textId="77777777">
        <w:trPr>
          <w:jc w:val="center"/>
        </w:trPr>
        <w:tc>
          <w:tcPr>
            <w:tcW w:w="10656" w:type="dxa"/>
            <w:shd w:val="clear" w:color="auto" w:fill="E7E7E7"/>
            <w:tcMar>
              <w:top w:w="120" w:type="dxa"/>
              <w:left w:w="220" w:type="dxa"/>
              <w:bottom w:w="120" w:type="dxa"/>
              <w:right w:w="220" w:type="dxa"/>
            </w:tcMar>
          </w:tcPr>
          <w:p w14:paraId="31BB9820" w14:textId="77777777" w:rsidR="008646D8" w:rsidRDefault="00EA5B0C">
            <w:pPr>
              <w:spacing w:after="0"/>
            </w:pPr>
            <w:r>
              <w:rPr>
                <w:b/>
                <w:color w:val="000000"/>
                <w:sz w:val="44"/>
                <w:lang w:val="fr-FR"/>
              </w:rPr>
              <w:t>Question 1 et Question 2</w:t>
            </w:r>
          </w:p>
        </w:tc>
      </w:tr>
    </w:tbl>
    <w:p w14:paraId="7E1B62DA" w14:textId="77777777" w:rsidR="008646D8" w:rsidRDefault="008646D8">
      <w:pPr>
        <w:spacing w:after="40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960"/>
        <w:gridCol w:w="6120"/>
      </w:tblGrid>
      <w:tr w:rsidR="008646D8" w14:paraId="39FA150A" w14:textId="77777777">
        <w:trPr>
          <w:jc w:val="center"/>
        </w:trPr>
        <w:tc>
          <w:tcPr>
            <w:tcW w:w="3960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7BAC5162" w14:textId="77777777" w:rsidR="008646D8" w:rsidRDefault="00EA5B0C">
            <w:pPr>
              <w:spacing w:after="0"/>
              <w:jc w:val="center"/>
            </w:pPr>
            <w:r>
              <w:rPr>
                <w:noProof/>
                <w:lang w:val="fr-FR"/>
              </w:rPr>
              <w:drawing>
                <wp:inline distT="0" distB="0" distL="0" distR="0" wp14:anchorId="3245E5F2" wp14:editId="3E9347DC">
                  <wp:extent cx="2423160" cy="2532066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2_inst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3160" cy="25320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0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1CBB171D" w14:textId="77777777" w:rsidR="008646D8" w:rsidRDefault="00EA5B0C">
            <w:pPr>
              <w:spacing w:after="160" w:line="269" w:lineRule="auto"/>
            </w:pPr>
            <w:r>
              <w:rPr>
                <w:b/>
                <w:color w:val="000000"/>
                <w:sz w:val="36"/>
                <w:lang w:val="fr-FR"/>
              </w:rPr>
              <w:t>Question 1</w:t>
            </w:r>
          </w:p>
          <w:p w14:paraId="68B83611" w14:textId="77777777" w:rsidR="00F20221" w:rsidRDefault="00F20221" w:rsidP="00F20221">
            <w:pPr>
              <w:spacing w:after="160" w:line="269" w:lineRule="auto"/>
            </w:pPr>
            <w:r>
              <w:rPr>
                <w:color w:val="000000"/>
                <w:sz w:val="31"/>
                <w:lang w:val="fr-FR"/>
              </w:rPr>
              <w:t>Pourquoi avez-vous commencé à vivre en institution ?</w:t>
            </w:r>
            <w:r>
              <w:rPr>
                <w:rFonts w:hint="eastAsia"/>
                <w:color w:val="000000"/>
                <w:sz w:val="31"/>
                <w:lang w:eastAsia="ja-JP" w:val="fr-FR"/>
              </w:rPr>
            </w:r>
            <w:r>
              <w:rPr>
                <w:color w:val="000000"/>
                <w:sz w:val="31"/>
                <w:lang w:val="fr-FR"/>
              </w:rPr>
            </w:r>
          </w:p>
          <w:p w14:paraId="6DBE561A" w14:textId="2B31E0E7" w:rsidR="008646D8" w:rsidRDefault="00F20221" w:rsidP="00F20221">
            <w:pPr>
              <w:spacing w:after="160" w:line="269" w:lineRule="auto"/>
              <w:rPr>
                <w:rFonts w:hint="eastAsia"/>
                <w:lang w:eastAsia="ja-JP"/>
              </w:rPr>
            </w:pPr>
            <w:r>
              <w:rPr>
                <w:color w:val="000000"/>
                <w:sz w:val="31"/>
                <w:lang w:val="fr-FR"/>
              </w:rPr>
              <w:t>Combien de temps y avez-vous vécu ?</w:t>
            </w:r>
            <w:proofErr w:type="gramStart"/>
            <w:r>
              <w:rPr>
                <w:rFonts w:hint="eastAsia"/>
                <w:color w:val="000000"/>
                <w:sz w:val="31"/>
                <w:lang w:eastAsia="ja-JP" w:val="fr-FR"/>
              </w:rPr>
            </w:r>
            <w:proofErr w:type="gramEnd"/>
            <w:r>
              <w:rPr>
                <w:rFonts w:hint="eastAsia"/>
                <w:color w:val="000000"/>
                <w:sz w:val="31"/>
                <w:lang w:eastAsia="ja-JP" w:val="fr-FR"/>
              </w:rPr>
            </w:r>
            <w:proofErr w:type="gramStart"/>
            <w:r>
              <w:rPr>
                <w:rFonts w:hint="eastAsia"/>
                <w:color w:val="000000"/>
                <w:sz w:val="31"/>
                <w:lang w:eastAsia="ja-JP" w:val="fr-FR"/>
              </w:rPr>
            </w:r>
            <w:proofErr w:type="gramEnd"/>
            <w:r>
              <w:rPr>
                <w:color w:val="000000"/>
                <w:sz w:val="31"/>
                <w:lang w:val="fr-FR"/>
              </w:rPr>
            </w:r>
          </w:p>
        </w:tc>
      </w:tr>
      <w:tr w:rsidR="008646D8" w14:paraId="770BE6ED" w14:textId="77777777">
        <w:trPr>
          <w:jc w:val="center"/>
        </w:trPr>
        <w:tc>
          <w:tcPr>
            <w:tcW w:w="3960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4A05E232" w14:textId="77777777" w:rsidR="008646D8" w:rsidRDefault="00EA5B0C">
            <w:pPr>
              <w:spacing w:after="0"/>
              <w:jc w:val="center"/>
            </w:pPr>
            <w:r>
              <w:rPr>
                <w:noProof/>
                <w:lang w:val="fr-FR"/>
              </w:rPr>
              <w:drawing>
                <wp:inline distT="0" distB="0" distL="0" distR="0" wp14:anchorId="33389FAF" wp14:editId="1E52D178">
                  <wp:extent cx="2148840" cy="2481399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2_think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8840" cy="2481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0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EC36F87" w14:textId="77777777" w:rsidR="008646D8" w:rsidRDefault="00EA5B0C">
            <w:pPr>
              <w:spacing w:after="160" w:line="269" w:lineRule="auto"/>
            </w:pPr>
            <w:r>
              <w:rPr>
                <w:b/>
                <w:color w:val="000000"/>
                <w:sz w:val="36"/>
                <w:lang w:val="fr-FR"/>
              </w:rPr>
              <w:t>Question 2</w:t>
            </w:r>
          </w:p>
          <w:p w14:paraId="651F2644" w14:textId="60800AF9" w:rsidR="008646D8" w:rsidRDefault="00F20221" w:rsidP="00F20221">
            <w:pPr>
              <w:spacing w:after="160" w:line="269" w:lineRule="auto"/>
              <w:rPr>
                <w:rFonts w:hint="eastAsia"/>
                <w:lang w:eastAsia="ja-JP"/>
              </w:rPr>
            </w:pPr>
            <w:r>
              <w:rPr>
                <w:color w:val="000000"/>
                <w:sz w:val="31"/>
                <w:lang w:val="fr-FR"/>
              </w:rPr>
              <w:t>Comment avez-vous vécu votre séjour en institution ? Comment vous sentiez-vous quand vous viviez là-bas ?</w:t>
            </w:r>
            <w:r>
              <w:rPr>
                <w:rFonts w:hint="eastAsia"/>
                <w:color w:val="000000"/>
                <w:sz w:val="31"/>
                <w:lang w:eastAsia="ja-JP" w:val="fr-FR"/>
              </w:rPr>
            </w:r>
          </w:p>
        </w:tc>
      </w:tr>
    </w:tbl>
    <w:p w14:paraId="6267F4FC" w14:textId="77777777" w:rsidR="008646D8" w:rsidRDefault="00EA5B0C">
      <w:r>
        <w:rPr>
          <w:lang w:val="fr-FR"/>
        </w:rPr>
        <w:br w:type="page"/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656"/>
      </w:tblGrid>
      <w:tr w:rsidR="008646D8" w14:paraId="131E5022" w14:textId="77777777">
        <w:trPr>
          <w:jc w:val="center"/>
        </w:trPr>
        <w:tc>
          <w:tcPr>
            <w:tcW w:w="10656" w:type="dxa"/>
            <w:shd w:val="clear" w:color="auto" w:fill="E7E7E7"/>
            <w:tcMar>
              <w:top w:w="120" w:type="dxa"/>
              <w:left w:w="220" w:type="dxa"/>
              <w:bottom w:w="120" w:type="dxa"/>
              <w:right w:w="220" w:type="dxa"/>
            </w:tcMar>
          </w:tcPr>
          <w:p w14:paraId="492E5FCE" w14:textId="4AF19F5C" w:rsidR="008646D8" w:rsidRDefault="00EA5B0C">
            <w:pPr>
              <w:spacing w:after="0"/>
              <w:rPr>
                <w:lang w:eastAsia="ja-JP"/>
              </w:rPr>
            </w:pPr>
            <w:r>
              <w:rPr>
                <w:b/>
                <w:color w:val="000000"/>
                <w:sz w:val="44"/>
                <w:lang w:val="fr-FR"/>
              </w:rPr>
              <w:t>Question 3, Question 4 et Question 5</w:t>
            </w:r>
            <w:r w:rsidR="00376F02">
              <w:rPr>
                <w:rFonts w:hint="eastAsia"/>
                <w:b/>
                <w:color w:val="000000"/>
                <w:sz w:val="44"/>
                <w:lang w:eastAsia="ja-JP" w:val="fr-FR"/>
              </w:rPr>
            </w:r>
            <w:r w:rsidR="00376F02">
              <w:rPr>
                <w:b/>
                <w:color w:val="000000"/>
                <w:sz w:val="44"/>
                <w:lang w:val="fr-FR"/>
              </w:rPr>
            </w:r>
            <w:r w:rsidR="00376F02">
              <w:rPr>
                <w:rFonts w:hint="eastAsia"/>
                <w:b/>
                <w:color w:val="000000"/>
                <w:sz w:val="44"/>
                <w:lang w:eastAsia="ja-JP" w:val="fr-FR"/>
              </w:rPr>
            </w:r>
          </w:p>
        </w:tc>
      </w:tr>
    </w:tbl>
    <w:p w14:paraId="0CF4EA38" w14:textId="77777777" w:rsidR="008646D8" w:rsidRDefault="008646D8">
      <w:pPr>
        <w:spacing w:after="40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320"/>
        <w:gridCol w:w="5760"/>
      </w:tblGrid>
      <w:tr w:rsidR="008646D8" w14:paraId="7D76F807" w14:textId="77777777">
        <w:trPr>
          <w:jc w:val="center"/>
        </w:trPr>
        <w:tc>
          <w:tcPr>
            <w:tcW w:w="4320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2ACA0CDC" w14:textId="3213FC1A" w:rsidR="005B6465" w:rsidRDefault="00EA5B0C" w:rsidP="005B6465">
            <w:pPr>
              <w:spacing w:after="0"/>
              <w:rPr>
                <w:lang w:eastAsia="ja-JP"/>
              </w:rPr>
            </w:pPr>
            <w:r>
              <w:rPr>
                <w:noProof/>
                <w:lang w:val="fr-FR"/>
              </w:rPr>
              <w:drawing>
                <wp:inline distT="0" distB="0" distL="0" distR="0" wp14:anchorId="6A3ABAB7" wp14:editId="6A19DB50">
                  <wp:extent cx="2697480" cy="209513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3_mov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7480" cy="2095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0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245C1556" w14:textId="77777777" w:rsidR="008646D8" w:rsidRDefault="00EA5B0C">
            <w:pPr>
              <w:spacing w:after="160" w:line="269" w:lineRule="auto"/>
            </w:pPr>
            <w:r>
              <w:rPr>
                <w:b/>
                <w:color w:val="000000"/>
                <w:sz w:val="36"/>
                <w:lang w:val="fr-FR"/>
              </w:rPr>
              <w:t>Question 3</w:t>
            </w:r>
          </w:p>
          <w:p w14:paraId="11E79CCC" w14:textId="1212E124" w:rsidR="008646D8" w:rsidRDefault="00F20221" w:rsidP="0036490C">
            <w:pPr>
              <w:spacing w:after="140" w:line="269" w:lineRule="auto"/>
              <w:rPr>
                <w:lang w:eastAsia="ja-JP"/>
              </w:rPr>
            </w:pPr>
            <w:r>
              <w:rPr>
                <w:color w:val="000000"/>
                <w:sz w:val="31"/>
                <w:lang w:val="fr-FR"/>
              </w:rPr>
              <w:t>Comment êtes-vous parti vivre dans la communauté ? Est-ce que quelqu'un vous a aidé ou vous a donné des conseils ?</w:t>
            </w:r>
            <w:r>
              <w:rPr>
                <w:rFonts w:hint="eastAsia"/>
                <w:color w:val="000000"/>
                <w:sz w:val="31"/>
                <w:lang w:eastAsia="ja-JP" w:val="fr-FR"/>
              </w:rPr>
            </w:r>
          </w:p>
        </w:tc>
      </w:tr>
      <w:tr w:rsidR="008646D8" w14:paraId="7A323EE6" w14:textId="77777777">
        <w:trPr>
          <w:jc w:val="center"/>
        </w:trPr>
        <w:tc>
          <w:tcPr>
            <w:tcW w:w="4320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8160E0A" w14:textId="32394808" w:rsidR="008646D8" w:rsidRDefault="00EA5B0C" w:rsidP="00376F02">
            <w:pPr>
              <w:spacing w:after="0"/>
              <w:jc w:val="center"/>
              <w:rPr>
                <w:lang w:eastAsia="ja-JP"/>
              </w:rPr>
            </w:pPr>
            <w:r>
              <w:rPr>
                <w:noProof/>
                <w:lang w:val="fr-FR"/>
              </w:rPr>
              <w:drawing>
                <wp:inline distT="0" distB="0" distL="0" distR="0" wp14:anchorId="7CFF8E49" wp14:editId="73027AE1">
                  <wp:extent cx="2651760" cy="2045643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3_compar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1760" cy="2045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0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61258C3E" w14:textId="69508EF6" w:rsidR="008646D8" w:rsidRDefault="00EA5B0C">
            <w:pPr>
              <w:spacing w:after="160" w:line="269" w:lineRule="auto"/>
            </w:pPr>
            <w:r>
              <w:rPr>
                <w:b/>
                <w:color w:val="000000"/>
                <w:sz w:val="36"/>
                <w:lang w:val="fr-FR"/>
              </w:rPr>
              <w:t>Question 4</w:t>
            </w:r>
          </w:p>
          <w:p w14:paraId="77DBE3FD" w14:textId="77777777" w:rsidR="00F20221" w:rsidRDefault="00F20221" w:rsidP="00F20221">
            <w:pPr>
              <w:pStyle w:val="pdq2pgselectionanchorcontainer"/>
              <w:rPr>
                <w:rFonts w:asciiTheme="minorBidi" w:hAnsiTheme="minorBidi" w:cstheme="minorBidi"/>
                <w:sz w:val="28"/>
                <w:szCs w:val="28"/>
              </w:rPr>
            </w:pPr>
            <w:r w:rsidRPr="00162EEE">
              <w:rPr>
                <w:rFonts w:asciiTheme="minorBidi" w:hAnsiTheme="minorBidi" w:cstheme="minorBidi"/>
                <w:sz w:val="28"/>
                <w:szCs w:val="28"/>
                <w:lang w:val="fr-FR"/>
              </w:rPr>
              <w:t>Quelles sont les différences entre votre vie en institution et votre vie dans la communauté ?</w:t>
            </w:r>
          </w:p>
          <w:p w14:paraId="316B3DE5" w14:textId="5C73C601" w:rsidR="004E62C0" w:rsidRPr="00F20221" w:rsidRDefault="00F20221" w:rsidP="00F20221">
            <w:pPr>
              <w:pStyle w:val="pdq2pgselectionanchorcontainer"/>
              <w:rPr>
                <w:rFonts w:asciiTheme="minorBidi" w:hAnsiTheme="minorBidi" w:cstheme="minorBidi"/>
                <w:sz w:val="28"/>
                <w:szCs w:val="28"/>
              </w:rPr>
            </w:pPr>
            <w:r>
              <w:rPr>
                <w:rFonts w:asciiTheme="minorBidi" w:hAnsiTheme="minorBidi" w:cstheme="minorBidi" w:hint="eastAsia"/>
                <w:sz w:val="28"/>
                <w:szCs w:val="28"/>
                <w:lang w:val="fr-FR"/>
              </w:rPr>
              <w:t>Est-ce que vous vivez la vie que vous voulez ? Quelle aide recevez-vous ?</w:t>
            </w:r>
          </w:p>
        </w:tc>
      </w:tr>
      <w:tr w:rsidR="00376F02" w14:paraId="0DDAF643" w14:textId="77777777">
        <w:trPr>
          <w:jc w:val="center"/>
        </w:trPr>
        <w:tc>
          <w:tcPr>
            <w:tcW w:w="4320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3C2F8907" w14:textId="71AFC3E4" w:rsidR="00376F02" w:rsidRDefault="00376F02">
            <w:pPr>
              <w:spacing w:after="0"/>
              <w:jc w:val="center"/>
              <w:rPr>
                <w:noProof/>
              </w:rPr>
            </w:pPr>
            <w:r>
              <w:rPr>
                <w:rFonts w:hint="eastAsia"/>
                <w:noProof/>
                <w:lang w:eastAsia="ja-JP" w:val="fr-FR"/>
              </w:rPr>
              <w:drawing>
                <wp:inline distT="0" distB="0" distL="0" distR="0" wp14:anchorId="7EFB046D" wp14:editId="7EE5BA83">
                  <wp:extent cx="2104433" cy="2104433"/>
                  <wp:effectExtent l="0" t="0" r="0" b="0"/>
                  <wp:docPr id="967038799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7038799" name="図 967038799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4827" cy="21348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0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66E0C64F" w14:textId="77777777" w:rsidR="00376F02" w:rsidRDefault="00376F02" w:rsidP="00376F02">
            <w:pPr>
              <w:spacing w:after="160" w:line="269" w:lineRule="auto"/>
              <w:rPr>
                <w:lang w:eastAsia="ja-JP"/>
              </w:rPr>
            </w:pPr>
            <w:r>
              <w:rPr>
                <w:b/>
                <w:color w:val="000000"/>
                <w:sz w:val="36"/>
                <w:lang w:val="fr-FR"/>
              </w:rPr>
              <w:t>Question 5</w:t>
            </w:r>
            <w:r>
              <w:rPr>
                <w:rFonts w:hint="eastAsia"/>
                <w:b/>
                <w:color w:val="000000"/>
                <w:sz w:val="36"/>
                <w:lang w:eastAsia="ja-JP" w:val="fr-FR"/>
              </w:rPr>
            </w:r>
          </w:p>
          <w:p w14:paraId="5B760738" w14:textId="77777777" w:rsidR="00F20221" w:rsidRDefault="00F20221" w:rsidP="00F20221">
            <w:pPr>
              <w:spacing w:after="160" w:line="269" w:lineRule="auto"/>
              <w:rPr>
                <w:sz w:val="28"/>
                <w:szCs w:val="21"/>
              </w:rPr>
            </w:pPr>
            <w:r>
              <w:rPr>
                <w:rFonts w:hint="eastAsia"/>
                <w:sz w:val="28"/>
                <w:szCs w:val="21"/>
                <w:lang w:eastAsia="ja-JP" w:val="fr-FR"/>
              </w:rPr>
              <w:t>Ce que vous aimeriez dire au gouvernement et à la société.</w:t>
            </w:r>
            <w:r w:rsidRPr="00162EEE">
              <w:rPr>
                <w:sz w:val="28"/>
                <w:szCs w:val="21"/>
                <w:lang w:val="fr-FR"/>
              </w:rPr>
            </w:r>
          </w:p>
          <w:p w14:paraId="06A89EA6" w14:textId="59FFC6A2" w:rsidR="00376F02" w:rsidRDefault="00F20221" w:rsidP="00F20221">
            <w:pPr>
              <w:spacing w:after="160" w:line="269" w:lineRule="auto"/>
              <w:rPr>
                <w:b/>
                <w:color w:val="000000"/>
                <w:sz w:val="36"/>
              </w:rPr>
            </w:pPr>
            <w:r>
              <w:rPr>
                <w:rFonts w:hint="eastAsia"/>
                <w:sz w:val="28"/>
                <w:szCs w:val="21"/>
                <w:lang w:eastAsia="ja-JP" w:val="fr-FR"/>
              </w:rPr>
              <w:t>Avez-vous un message pour les personnes qui vivent encore en institution aujourd'hui ?</w:t>
            </w:r>
          </w:p>
        </w:tc>
      </w:tr>
    </w:tbl>
    <w:p w14:paraId="08D42B9C" w14:textId="645A3E5F" w:rsidR="00162EEE" w:rsidRDefault="00EA5B0C" w:rsidP="00162EEE">
      <w:pPr>
        <w:rPr>
          <w:lang w:eastAsia="ja-JP"/>
        </w:rPr>
      </w:pPr>
      <w:r>
        <w:rPr>
          <w:lang w:val="fr-FR"/>
        </w:rPr>
        <w:br w:type="page"/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656"/>
      </w:tblGrid>
      <w:tr w:rsidR="008646D8" w14:paraId="46BA56AF" w14:textId="77777777">
        <w:trPr>
          <w:jc w:val="center"/>
        </w:trPr>
        <w:tc>
          <w:tcPr>
            <w:tcW w:w="10656" w:type="dxa"/>
            <w:shd w:val="clear" w:color="auto" w:fill="E7E7E7"/>
            <w:tcMar>
              <w:top w:w="120" w:type="dxa"/>
              <w:left w:w="220" w:type="dxa"/>
              <w:bottom w:w="120" w:type="dxa"/>
              <w:right w:w="220" w:type="dxa"/>
            </w:tcMar>
          </w:tcPr>
          <w:p w14:paraId="1B0FC30C" w14:textId="77777777" w:rsidR="008646D8" w:rsidRDefault="00EA5B0C">
            <w:pPr>
              <w:spacing w:after="0"/>
            </w:pPr>
            <w:r>
              <w:rPr>
                <w:b/>
                <w:color w:val="000000"/>
                <w:sz w:val="44"/>
                <w:lang w:val="fr-FR"/>
              </w:rPr>
              <w:t>Comment filmer la vidéo</w:t>
            </w:r>
          </w:p>
        </w:tc>
      </w:tr>
    </w:tbl>
    <w:p w14:paraId="759C61AB" w14:textId="77777777" w:rsidR="008646D8" w:rsidRDefault="008646D8">
      <w:pPr>
        <w:spacing w:after="40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032"/>
        <w:gridCol w:w="6048"/>
      </w:tblGrid>
      <w:tr w:rsidR="008646D8" w14:paraId="1FE67E8B" w14:textId="77777777">
        <w:trPr>
          <w:jc w:val="center"/>
        </w:trPr>
        <w:tc>
          <w:tcPr>
            <w:tcW w:w="4032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0B5BE51F" w14:textId="77777777" w:rsidR="008646D8" w:rsidRDefault="00EA5B0C">
            <w:pPr>
              <w:spacing w:after="0"/>
              <w:jc w:val="center"/>
            </w:pPr>
            <w:r>
              <w:rPr>
                <w:noProof/>
                <w:lang w:val="fr-FR"/>
              </w:rPr>
              <w:drawing>
                <wp:inline distT="0" distB="0" distL="0" distR="0" wp14:anchorId="41310D63" wp14:editId="11DB6E5A">
                  <wp:extent cx="2331720" cy="1450216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4_phon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1720" cy="1450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8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F717D73" w14:textId="37AA0615" w:rsidR="008646D8" w:rsidRDefault="009924BD">
            <w:pPr>
              <w:spacing w:after="0" w:line="269" w:lineRule="auto"/>
            </w:pPr>
            <w:r>
              <w:rPr>
                <w:color w:val="000000"/>
                <w:sz w:val="29"/>
                <w:lang w:val="fr-FR"/>
              </w:rPr>
              <w:t>Si vous filmez avec un téléphone, merci de le tenir à l'horizontale.</w:t>
            </w:r>
          </w:p>
        </w:tc>
      </w:tr>
      <w:tr w:rsidR="008646D8" w14:paraId="4986D47C" w14:textId="77777777">
        <w:trPr>
          <w:jc w:val="center"/>
        </w:trPr>
        <w:tc>
          <w:tcPr>
            <w:tcW w:w="4032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68916533" w14:textId="77777777" w:rsidR="008646D8" w:rsidRDefault="00EA5B0C">
            <w:pPr>
              <w:spacing w:after="0"/>
              <w:jc w:val="center"/>
            </w:pPr>
            <w:r>
              <w:rPr>
                <w:noProof/>
                <w:lang w:val="fr-FR"/>
              </w:rPr>
              <w:drawing>
                <wp:inline distT="0" distB="0" distL="0" distR="0" wp14:anchorId="2A252EF0" wp14:editId="6F868886">
                  <wp:extent cx="2057400" cy="1683328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4_quiet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1683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8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2CE4330A" w14:textId="0935AF80" w:rsidR="008646D8" w:rsidRDefault="009924BD">
            <w:pPr>
              <w:spacing w:after="0" w:line="269" w:lineRule="auto"/>
            </w:pPr>
            <w:r>
              <w:rPr>
                <w:color w:val="000000"/>
                <w:sz w:val="29"/>
                <w:lang w:val="fr-FR"/>
              </w:rPr>
              <w:t>Merci de filmer dans un endroit calme, pour qu'on entende bien votre voix.</w:t>
            </w:r>
          </w:p>
        </w:tc>
      </w:tr>
      <w:tr w:rsidR="008646D8" w14:paraId="6ADBA571" w14:textId="77777777">
        <w:trPr>
          <w:jc w:val="center"/>
        </w:trPr>
        <w:tc>
          <w:tcPr>
            <w:tcW w:w="4032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4926852" w14:textId="77777777" w:rsidR="008646D8" w:rsidRDefault="00EA5B0C">
            <w:pPr>
              <w:spacing w:after="0"/>
              <w:jc w:val="center"/>
            </w:pPr>
            <w:r>
              <w:rPr>
                <w:noProof/>
                <w:lang w:val="fr-FR"/>
              </w:rPr>
              <w:drawing>
                <wp:inline distT="0" distB="0" distL="0" distR="0" wp14:anchorId="173066A2" wp14:editId="36DE0255">
                  <wp:extent cx="1737360" cy="179832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4_tripod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1798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8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3BBE4F6B" w14:textId="77777777" w:rsidR="009924BD" w:rsidRDefault="009924BD" w:rsidP="009924BD">
            <w:pPr>
              <w:spacing w:after="120" w:line="269" w:lineRule="auto"/>
            </w:pPr>
            <w:r>
              <w:rPr>
                <w:color w:val="000000"/>
                <w:sz w:val="29"/>
                <w:lang w:val="fr-FR"/>
              </w:rPr>
              <w:t>Merci de garder la caméra la plus stable possible, avec un trépied.</w:t>
            </w:r>
          </w:p>
          <w:p w14:paraId="45370585" w14:textId="0EF97D23" w:rsidR="008646D8" w:rsidRDefault="009924BD" w:rsidP="009924BD">
            <w:pPr>
              <w:spacing w:after="0" w:line="269" w:lineRule="auto"/>
            </w:pPr>
            <w:proofErr w:type="gramStart"/>
            <w:r>
              <w:rPr>
                <w:color w:val="000000"/>
                <w:sz w:val="29"/>
                <w:lang w:val="fr-FR"/>
              </w:rPr>
              <w:t>Ou demandez à quelqu'un de tenir la caméra pour vous.</w:t>
            </w:r>
            <w:proofErr w:type="gramEnd"/>
            <w:r>
              <w:rPr>
                <w:color w:val="000000"/>
                <w:sz w:val="29"/>
                <w:lang w:val="fr-FR"/>
              </w:rPr>
            </w:r>
          </w:p>
        </w:tc>
      </w:tr>
      <w:tr w:rsidR="008646D8" w14:paraId="34FF9A61" w14:textId="77777777">
        <w:trPr>
          <w:jc w:val="center"/>
        </w:trPr>
        <w:tc>
          <w:tcPr>
            <w:tcW w:w="4032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0766CFFF" w14:textId="77777777" w:rsidR="008646D8" w:rsidRDefault="00EA5B0C">
            <w:pPr>
              <w:spacing w:after="0"/>
              <w:jc w:val="center"/>
            </w:pPr>
            <w:r>
              <w:rPr>
                <w:noProof/>
                <w:lang w:val="fr-FR"/>
              </w:rPr>
              <w:drawing>
                <wp:inline distT="0" distB="0" distL="0" distR="0" wp14:anchorId="7E0C5A88" wp14:editId="3AFA0393">
                  <wp:extent cx="2240280" cy="1579685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4_talk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0280" cy="1579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8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0E462B81" w14:textId="5EBD5742" w:rsidR="008646D8" w:rsidRDefault="009924BD">
            <w:pPr>
              <w:spacing w:after="0" w:line="269" w:lineRule="auto"/>
            </w:pPr>
            <w:r>
              <w:rPr>
                <w:color w:val="000000"/>
                <w:sz w:val="29"/>
                <w:lang w:val="fr-FR"/>
              </w:rPr>
              <w:t>C'est parfois plus facile de parler si quelqu'un vous pose les questions, comme dans une conversation.</w:t>
            </w:r>
            <w:proofErr w:type="gramStart"/>
            <w:r>
              <w:rPr>
                <w:color w:val="000000"/>
                <w:sz w:val="29"/>
                <w:lang w:val="fr-FR"/>
              </w:rPr>
            </w:r>
            <w:proofErr w:type="gramEnd"/>
            <w:r>
              <w:rPr>
                <w:rFonts w:hint="eastAsia"/>
                <w:color w:val="000000"/>
                <w:sz w:val="29"/>
                <w:lang w:eastAsia="ja-JP" w:val="fr-FR"/>
              </w:rPr>
            </w:r>
            <w:r>
              <w:rPr>
                <w:color w:val="000000"/>
                <w:sz w:val="29"/>
                <w:lang w:val="fr-FR"/>
              </w:rPr>
            </w:r>
          </w:p>
        </w:tc>
      </w:tr>
    </w:tbl>
    <w:p w14:paraId="4CD23CA6" w14:textId="619AEBF6" w:rsidR="008646D8" w:rsidRDefault="008646D8" w:rsidP="00E705CE"/>
    <w:p w14:paraId="1000931A" w14:textId="77777777" w:rsidR="00E705CE" w:rsidRDefault="00E705CE" w:rsidP="00E705CE">
      <w:pPr>
        <w:spacing w:after="0" w:line="269" w:lineRule="auto"/>
        <w:jc w:val="center"/>
        <w:rPr>
          <w:color w:val="000000"/>
          <w:sz w:val="31"/>
        </w:rPr>
      </w:pPr>
      <w:r>
        <w:rPr>
          <w:color w:val="000000"/>
          <w:sz w:val="31"/>
          <w:lang w:val="fr-FR"/>
        </w:rPr>
        <w:t>Merci de faire une vidéo de 8 à 10 minutes au maximum.</w:t>
      </w:r>
    </w:p>
    <w:p w14:paraId="36FF2371" w14:textId="77777777" w:rsidR="00E705CE" w:rsidRPr="00E705CE" w:rsidRDefault="00E705CE" w:rsidP="00E705CE">
      <w:pPr>
        <w:rPr>
          <w:lang w:eastAsia="ja-JP"/>
        </w:rPr>
      </w:pPr>
    </w:p>
    <w:p w14:paraId="05F480DF" w14:textId="77777777" w:rsidR="00E705CE" w:rsidRDefault="00E705CE" w:rsidP="00E705CE">
      <w:pPr>
        <w:rPr>
          <w:lang w:eastAsia="ja-JP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656"/>
      </w:tblGrid>
      <w:tr w:rsidR="008646D8" w14:paraId="600A4538" w14:textId="77777777">
        <w:trPr>
          <w:jc w:val="center"/>
        </w:trPr>
        <w:tc>
          <w:tcPr>
            <w:tcW w:w="10656" w:type="dxa"/>
            <w:shd w:val="clear" w:color="auto" w:fill="E7E7E7"/>
            <w:tcMar>
              <w:top w:w="120" w:type="dxa"/>
              <w:left w:w="220" w:type="dxa"/>
              <w:bottom w:w="120" w:type="dxa"/>
              <w:right w:w="220" w:type="dxa"/>
            </w:tcMar>
          </w:tcPr>
          <w:p w14:paraId="386D9C19" w14:textId="5A469F9B" w:rsidR="008646D8" w:rsidRPr="00AB7272" w:rsidRDefault="00AB7272">
            <w:pPr>
              <w:spacing w:after="0"/>
            </w:pPr>
            <w:r w:rsidRPr="00AB7272">
              <w:rPr>
                <w:b/>
                <w:bCs/>
                <w:sz w:val="44"/>
                <w:szCs w:val="36"/>
                <w:lang w:val="fr-FR"/>
              </w:rPr>
              <w:t>Comment envoyer votre vidéo</w:t>
            </w:r>
            <w:r w:rsidRPr="00AB7272">
              <w:rPr>
                <w:rFonts w:hint="eastAsia"/>
                <w:b/>
                <w:bCs/>
                <w:sz w:val="44"/>
                <w:szCs w:val="36"/>
                <w:lang w:eastAsia="ja-JP" w:val="fr-FR"/>
              </w:rPr>
            </w:r>
            <w:r w:rsidRPr="00AB7272">
              <w:rPr>
                <w:b/>
                <w:bCs/>
                <w:sz w:val="44"/>
                <w:szCs w:val="36"/>
                <w:lang w:val="fr-FR"/>
              </w:rPr>
            </w:r>
            <w:r w:rsidRPr="00AB7272">
              <w:rPr>
                <w:rFonts w:hint="eastAsia"/>
                <w:b/>
                <w:bCs/>
                <w:sz w:val="44"/>
                <w:szCs w:val="36"/>
                <w:lang w:eastAsia="ja-JP" w:val="fr-FR"/>
              </w:rPr>
            </w:r>
            <w:r w:rsidRPr="00AB7272">
              <w:rPr>
                <w:b/>
                <w:bCs/>
                <w:sz w:val="44"/>
                <w:szCs w:val="36"/>
                <w:lang w:val="fr-FR"/>
              </w:rPr>
            </w:r>
            <w:r w:rsidRPr="00AB7272">
              <w:rPr>
                <w:rFonts w:hint="eastAsia"/>
                <w:b/>
                <w:bCs/>
                <w:sz w:val="44"/>
                <w:szCs w:val="36"/>
                <w:lang w:eastAsia="ja-JP" w:val="fr-FR"/>
              </w:rPr>
            </w:r>
            <w:r w:rsidRPr="00AB7272">
              <w:rPr>
                <w:b/>
                <w:bCs/>
                <w:sz w:val="44"/>
                <w:szCs w:val="36"/>
                <w:lang w:val="fr-FR"/>
              </w:rPr>
            </w:r>
          </w:p>
        </w:tc>
      </w:tr>
    </w:tbl>
    <w:p w14:paraId="050E62E5" w14:textId="77777777" w:rsidR="008646D8" w:rsidRDefault="008646D8">
      <w:pPr>
        <w:spacing w:after="40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456"/>
        <w:gridCol w:w="6624"/>
      </w:tblGrid>
      <w:tr w:rsidR="008646D8" w14:paraId="7874E4D8" w14:textId="77777777">
        <w:trPr>
          <w:jc w:val="center"/>
        </w:trPr>
        <w:tc>
          <w:tcPr>
            <w:tcW w:w="3456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2651FC2" w14:textId="77777777" w:rsidR="00DD13BF" w:rsidRDefault="00DD13BF" w:rsidP="00E705CE">
            <w:pPr>
              <w:spacing w:after="0"/>
              <w:rPr>
                <w:noProof/>
                <w:lang w:eastAsia="ja-JP"/>
              </w:rPr>
            </w:pPr>
          </w:p>
          <w:p w14:paraId="724E69CA" w14:textId="77777777" w:rsidR="00DD13BF" w:rsidRDefault="00DD13BF">
            <w:pPr>
              <w:spacing w:after="0"/>
              <w:jc w:val="center"/>
              <w:rPr>
                <w:lang w:eastAsia="ja-JP"/>
              </w:rPr>
            </w:pPr>
            <w:r>
              <w:rPr>
                <w:rFonts w:hint="eastAsia"/>
                <w:noProof/>
                <w:lang w:eastAsia="ja-JP" w:val="fr-FR"/>
              </w:rPr>
              <w:drawing>
                <wp:inline distT="0" distB="0" distL="0" distR="0" wp14:anchorId="4B4DE934" wp14:editId="752923EB">
                  <wp:extent cx="2092960" cy="1216025"/>
                  <wp:effectExtent l="0" t="0" r="2540" b="3175"/>
                  <wp:docPr id="33136155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136155" name="図 33136155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2960" cy="1216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F98404" w14:textId="77777777" w:rsidR="00DD13BF" w:rsidRDefault="00DD13BF">
            <w:pPr>
              <w:spacing w:after="0"/>
              <w:jc w:val="center"/>
              <w:rPr>
                <w:lang w:eastAsia="ja-JP"/>
              </w:rPr>
            </w:pPr>
          </w:p>
          <w:p w14:paraId="01F0BF5B" w14:textId="77777777" w:rsidR="00E705CE" w:rsidRDefault="00E705CE">
            <w:pPr>
              <w:spacing w:after="0"/>
              <w:jc w:val="center"/>
              <w:rPr>
                <w:lang w:eastAsia="ja-JP"/>
              </w:rPr>
            </w:pPr>
          </w:p>
          <w:p w14:paraId="13F48DBD" w14:textId="32CBB0E4" w:rsidR="00E705CE" w:rsidRDefault="00E705CE">
            <w:pPr>
              <w:spacing w:after="0"/>
              <w:jc w:val="center"/>
              <w:rPr>
                <w:lang w:eastAsia="ja-JP"/>
              </w:rPr>
            </w:pPr>
          </w:p>
        </w:tc>
        <w:tc>
          <w:tcPr>
            <w:tcW w:w="6624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75B1286F" w14:textId="77777777" w:rsidR="00E705CE" w:rsidRPr="00E705CE" w:rsidRDefault="00E705CE" w:rsidP="00E705CE">
            <w:pPr>
              <w:pStyle w:val="ae"/>
              <w:numPr>
                <w:ilvl w:val="0"/>
                <w:numId w:val="10"/>
              </w:numPr>
              <w:spacing w:after="0" w:line="269" w:lineRule="auto"/>
              <w:rPr>
                <w:b/>
                <w:bCs/>
                <w:color w:val="000000"/>
                <w:sz w:val="31"/>
                <w:lang w:eastAsia="ja-JP"/>
              </w:rPr>
            </w:pPr>
            <w:r w:rsidRPr="00E705CE">
              <w:rPr>
                <w:rFonts w:hint="eastAsia"/>
                <w:b/>
                <w:bCs/>
                <w:color w:val="000000"/>
                <w:sz w:val="31"/>
                <w:lang w:eastAsia="ja-JP" w:val="fr-FR"/>
              </w:rPr>
              <w:t>Google Drive</w:t>
            </w:r>
          </w:p>
          <w:p w14:paraId="0858400F" w14:textId="154E3E1A" w:rsidR="00DD13BF" w:rsidRPr="00E705CE" w:rsidRDefault="00E705CE" w:rsidP="00E705CE">
            <w:pPr>
              <w:spacing w:after="0" w:line="269" w:lineRule="auto"/>
              <w:rPr>
                <w:color w:val="000000"/>
                <w:sz w:val="31"/>
                <w:lang w:eastAsia="ja-JP"/>
              </w:rPr>
            </w:pPr>
            <w:r>
              <w:rPr>
                <w:lang w:val="fr-FR"/>
              </w:rPr>
              <w:t>Si vous avez un compte Google, vous pouvez déposer votre vidéo directement dans le dossier partagé Google Drive.</w:t>
            </w:r>
          </w:p>
          <w:p w14:paraId="19965C7C" w14:textId="5737762B" w:rsidR="00DD13BF" w:rsidRPr="00522A00" w:rsidRDefault="00C123F1">
            <w:pPr>
              <w:spacing w:after="0" w:line="269" w:lineRule="auto"/>
              <w:rPr>
                <w:color w:val="000000"/>
                <w:sz w:val="28"/>
                <w:szCs w:val="21"/>
                <w:lang w:eastAsia="ja-JP"/>
              </w:rPr>
            </w:pPr>
            <w:hyperlink r:id="rId23" w:history="1">
              <w:r w:rsidRPr="00522A00">
                <w:rPr>
                  <w:color w:val="0000FF"/>
                  <w:sz w:val="28"/>
                  <w:szCs w:val="21"/>
                  <w:u w:val="single"/>
                  <w:lang w:val="fr-FR"/>
                </w:rPr>
                <w:t>https://drive.google.com/drive/folders/1NJ9TTlEx0CuV-7JOHF0HsAzBpSlsh5Cv?usp=sharing</w:t>
              </w:r>
            </w:hyperlink>
          </w:p>
          <w:p w14:paraId="27EE3506" w14:textId="121E916D" w:rsidR="00E705CE" w:rsidRPr="00E705CE" w:rsidRDefault="00C123F1" w:rsidP="00E705CE">
            <w:pPr>
              <w:spacing w:after="0" w:line="269" w:lineRule="auto"/>
              <w:jc w:val="center"/>
              <w:rPr>
                <w:color w:val="000000"/>
                <w:sz w:val="31"/>
                <w:lang w:eastAsia="ja-JP"/>
              </w:rPr>
            </w:pPr>
            <w:r>
              <w:rPr>
                <w:noProof/>
                <w:color w:val="000000"/>
                <w:sz w:val="31"/>
                <w:lang w:eastAsia="ja-JP" w:val="fr-FR"/>
              </w:rPr>
              <w:drawing>
                <wp:inline distT="0" distB="0" distL="0" distR="0" wp14:anchorId="12373472" wp14:editId="07DF1F07">
                  <wp:extent cx="805022" cy="805022"/>
                  <wp:effectExtent l="0" t="0" r="0" b="0"/>
                  <wp:docPr id="761166876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1166876" name="図 761166876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3696" cy="813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46D8" w14:paraId="7539EE37" w14:textId="77777777">
        <w:trPr>
          <w:jc w:val="center"/>
        </w:trPr>
        <w:tc>
          <w:tcPr>
            <w:tcW w:w="3456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E2C4550" w14:textId="77777777" w:rsidR="008646D8" w:rsidRDefault="00EA5B0C">
            <w:pPr>
              <w:spacing w:after="0"/>
              <w:jc w:val="center"/>
              <w:rPr>
                <w:lang w:eastAsia="ja-JP"/>
              </w:rPr>
            </w:pPr>
            <w:r>
              <w:rPr>
                <w:noProof/>
                <w:lang w:val="fr-FR"/>
              </w:rPr>
              <w:drawing>
                <wp:inline distT="0" distB="0" distL="0" distR="0" wp14:anchorId="0270DC26" wp14:editId="0B6D19D0">
                  <wp:extent cx="1336887" cy="1523531"/>
                  <wp:effectExtent l="0" t="0" r="0" b="63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6887" cy="15235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7C1F1E" w14:textId="77777777" w:rsidR="00DD13BF" w:rsidRDefault="00DD13BF">
            <w:pPr>
              <w:spacing w:after="0"/>
              <w:jc w:val="center"/>
              <w:rPr>
                <w:lang w:eastAsia="ja-JP"/>
              </w:rPr>
            </w:pPr>
          </w:p>
        </w:tc>
        <w:tc>
          <w:tcPr>
            <w:tcW w:w="6624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4E9ECAEF" w14:textId="77777777" w:rsidR="00E705CE" w:rsidRPr="00E705CE" w:rsidRDefault="00E705CE" w:rsidP="00E705CE">
            <w:pPr>
              <w:pStyle w:val="ae"/>
              <w:numPr>
                <w:ilvl w:val="0"/>
                <w:numId w:val="10"/>
              </w:numPr>
              <w:spacing w:after="100" w:line="269" w:lineRule="auto"/>
              <w:rPr>
                <w:b/>
                <w:bCs/>
                <w:color w:val="000000"/>
                <w:sz w:val="29"/>
                <w:lang w:eastAsia="ja-JP"/>
              </w:rPr>
            </w:pPr>
            <w:r w:rsidRPr="00E705CE">
              <w:rPr>
                <w:rFonts w:hint="eastAsia"/>
                <w:b/>
                <w:bCs/>
                <w:color w:val="000000"/>
                <w:sz w:val="29"/>
                <w:lang w:eastAsia="ja-JP" w:val="fr-FR"/>
              </w:rPr>
              <w:t>WeTransfer</w:t>
            </w:r>
          </w:p>
          <w:p w14:paraId="3957E024" w14:textId="77777777" w:rsidR="00327EBA" w:rsidRPr="00327EBA" w:rsidRDefault="00327EBA" w:rsidP="00327EBA">
            <w:pPr>
              <w:pStyle w:val="pdq2pgselectionanchorcontainer"/>
              <w:rPr>
                <w:rFonts w:asciiTheme="minorBidi" w:hAnsiTheme="minorBidi" w:cstheme="minorBidi"/>
              </w:rPr>
            </w:pPr>
            <w:r w:rsidRPr="00327EBA">
              <w:rPr>
                <w:rFonts w:asciiTheme="minorBidi" w:hAnsiTheme="minorBidi" w:cstheme="minorBidi"/>
                <w:lang w:val="fr-FR"/>
              </w:rPr>
              <w:t>Vous pouvez aussi utiliser ce service gratuit pour envoyer votre vidéo.</w:t>
            </w:r>
          </w:p>
          <w:p w14:paraId="42F4FE67" w14:textId="77777777" w:rsidR="008646D8" w:rsidRDefault="00DD13BF">
            <w:pPr>
              <w:spacing w:after="0" w:line="269" w:lineRule="auto"/>
              <w:rPr>
                <w:color w:val="0563C1"/>
                <w:sz w:val="27"/>
              </w:rPr>
            </w:pPr>
            <w:hyperlink r:id="rId26" w:history="1">
              <w:r w:rsidRPr="00DD13BF">
                <w:rPr>
                  <w:rStyle w:val="aff"/>
                  <w:sz w:val="27"/>
                  <w:lang w:val="fr-FR"/>
                </w:rPr>
                <w:t>https://wetransfer.com/</w:t>
              </w:r>
            </w:hyperlink>
          </w:p>
          <w:p w14:paraId="7A56CD81" w14:textId="77777777" w:rsidR="006F20C1" w:rsidRPr="002D03CE" w:rsidRDefault="006F20C1" w:rsidP="006F20C1">
            <w:pPr>
              <w:pStyle w:val="pdq2pgselectionanchorcontainer"/>
              <w:jc w:val="right"/>
              <w:rPr>
                <w:rFonts w:asciiTheme="minorBidi" w:hAnsiTheme="minorBidi" w:cstheme="minorBidi"/>
                <w:sz w:val="22"/>
                <w:szCs w:val="22"/>
              </w:rPr>
            </w:pPr>
            <w:r w:rsidRPr="002D03CE">
              <w:rPr>
                <w:rFonts w:asciiTheme="minorBidi" w:hAnsiTheme="minorBidi" w:cstheme="minorBidi"/>
                <w:sz w:val="22"/>
                <w:szCs w:val="22"/>
                <w:lang w:val="fr-FR"/>
              </w:rPr>
              <w:t>Dans [Email to], merci d'écrire cette adresse e-mail :</w:t>
            </w:r>
            <w:r w:rsidRPr="002D03CE">
              <w:rPr>
                <w:rStyle w:val="af8"/>
                <w:rFonts w:asciiTheme="minorBidi" w:hAnsiTheme="minorBidi" w:cstheme="minorBidi"/>
                <w:sz w:val="22"/>
                <w:szCs w:val="22"/>
                <w:lang w:val="fr-FR"/>
              </w:rPr>
            </w:r>
            <w:r w:rsidRPr="002D03CE">
              <w:rPr>
                <w:rFonts w:asciiTheme="minorBidi" w:hAnsiTheme="minorBidi" w:cstheme="minorBidi"/>
                <w:sz w:val="22"/>
                <w:szCs w:val="22"/>
                <w:lang w:val="fr-FR"/>
              </w:rPr>
            </w:r>
          </w:p>
          <w:p w14:paraId="56811F61" w14:textId="665CA951" w:rsidR="006F20C1" w:rsidRDefault="002D03CE" w:rsidP="006F20C1">
            <w:pPr>
              <w:pStyle w:val="Web"/>
              <w:jc w:val="right"/>
              <w:rPr>
                <w:rStyle w:val="af8"/>
                <w:rFonts w:asciiTheme="minorBidi" w:hAnsiTheme="minorBidi" w:cstheme="minorBidi"/>
              </w:rPr>
            </w:pPr>
            <w:hyperlink r:id="rId27" w:history="1">
              <w:r w:rsidRPr="009D6798">
                <w:rPr>
                  <w:rStyle w:val="aff"/>
                  <w:rFonts w:asciiTheme="minorBidi" w:hAnsiTheme="minorBidi" w:cstheme="minorBidi"/>
                  <w:lang w:val="fr-FR"/>
                </w:rPr>
                <w:t>ailis.hardy@inclusion-international.org</w:t>
              </w:r>
            </w:hyperlink>
          </w:p>
          <w:p w14:paraId="46B3A7D2" w14:textId="523444A9" w:rsidR="002D03CE" w:rsidRPr="002D03CE" w:rsidRDefault="002D03CE" w:rsidP="006F20C1">
            <w:pPr>
              <w:pStyle w:val="Web"/>
              <w:jc w:val="right"/>
              <w:rPr>
                <w:rFonts w:asciiTheme="minorBidi" w:hAnsiTheme="minorBidi" w:cstheme="minorBidi"/>
              </w:rPr>
            </w:pPr>
          </w:p>
        </w:tc>
      </w:tr>
      <w:tr w:rsidR="008646D8" w14:paraId="3D633D40" w14:textId="77777777">
        <w:trPr>
          <w:jc w:val="center"/>
        </w:trPr>
        <w:tc>
          <w:tcPr>
            <w:tcW w:w="3456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4A74A665" w14:textId="77777777" w:rsidR="008646D8" w:rsidRDefault="00EA5B0C">
            <w:pPr>
              <w:spacing w:after="0"/>
              <w:jc w:val="center"/>
            </w:pPr>
            <w:r>
              <w:rPr>
                <w:noProof/>
                <w:lang w:val="fr-FR"/>
              </w:rPr>
              <w:drawing>
                <wp:inline distT="0" distB="0" distL="0" distR="0" wp14:anchorId="0E7395D3" wp14:editId="49AC84E0">
                  <wp:extent cx="1487540" cy="148754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7095" cy="1497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4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49C1744C" w14:textId="1D975ADB" w:rsidR="00522A00" w:rsidRDefault="00522A00" w:rsidP="00AB7272">
            <w:pPr>
              <w:pStyle w:val="pdq2pgselectionanchorcontainer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522A00">
              <w:rPr>
                <w:rFonts w:asciiTheme="minorBidi" w:hAnsiTheme="minorBidi" w:cstheme="minorBidi"/>
                <w:b/>
                <w:bCs/>
                <w:sz w:val="32"/>
                <w:szCs w:val="32"/>
                <w:u w:val="single"/>
                <w:lang w:val="fr-FR"/>
              </w:rPr>
              <w:t>Après avoir envoyé votre vidéo</w:t>
            </w:r>
          </w:p>
          <w:p w14:paraId="7820589D" w14:textId="603A90C9" w:rsidR="008646D8" w:rsidRPr="002D03CE" w:rsidRDefault="00522A00" w:rsidP="00522A00">
            <w:pPr>
              <w:pStyle w:val="pdq2pgselectionanchorcontainer"/>
              <w:rPr>
                <w:rFonts w:asciiTheme="minorBidi" w:hAnsiTheme="minorBidi" w:cstheme="minorBidi"/>
                <w:sz w:val="28"/>
                <w:szCs w:val="28"/>
              </w:rPr>
            </w:pPr>
            <w:r w:rsidRPr="002D03CE">
              <w:rPr>
                <w:rFonts w:asciiTheme="minorBidi" w:hAnsiTheme="minorBidi" w:cstheme="minorBidi" w:hint="eastAsia"/>
                <w:sz w:val="28"/>
                <w:szCs w:val="28"/>
                <w:lang w:val="fr-FR"/>
              </w:rPr>
              <w:t>Merci de remplir le Google Form pour nous prévenir.</w:t>
            </w:r>
            <w:r w:rsidRPr="002D03CE">
              <w:rPr>
                <w:rFonts w:asciiTheme="minorBidi" w:hAnsiTheme="minorBidi" w:cstheme="minorBidi"/>
                <w:sz w:val="28"/>
                <w:szCs w:val="28"/>
                <w:lang w:val="fr-FR"/>
              </w:rPr>
            </w:r>
          </w:p>
          <w:p w14:paraId="599F874A" w14:textId="77777777" w:rsidR="008646D8" w:rsidRDefault="00522A00">
            <w:pPr>
              <w:spacing w:after="0" w:line="269" w:lineRule="auto"/>
              <w:rPr>
                <w:b/>
                <w:color w:val="000000"/>
                <w:sz w:val="26"/>
              </w:rPr>
            </w:pPr>
            <w:hyperlink r:id="rId29" w:history="1">
              <w:r w:rsidRPr="00522A00">
                <w:rPr>
                  <w:rStyle w:val="aff"/>
                  <w:b/>
                  <w:sz w:val="26"/>
                  <w:lang w:val="fr-FR"/>
                </w:rPr>
                <w:t>https://forms.gle/4H8JDcrfD7QmVZg19</w:t>
              </w:r>
            </w:hyperlink>
          </w:p>
          <w:p w14:paraId="0BF47CC5" w14:textId="610FEA52" w:rsidR="00522A00" w:rsidRDefault="00522A00" w:rsidP="00522A00">
            <w:pPr>
              <w:spacing w:after="0" w:line="269" w:lineRule="auto"/>
              <w:jc w:val="center"/>
            </w:pPr>
            <w:r>
              <w:rPr>
                <w:noProof/>
                <w:lang w:val="fr-FR"/>
              </w:rPr>
              <w:drawing>
                <wp:inline distT="0" distB="0" distL="0" distR="0" wp14:anchorId="3A9D306B" wp14:editId="7426960A">
                  <wp:extent cx="848773" cy="848773"/>
                  <wp:effectExtent l="0" t="0" r="8890" b="8890"/>
                  <wp:docPr id="592164769" name="図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2164769" name="図 592164769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554" cy="8535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46D8" w14:paraId="2C1E97BB" w14:textId="77777777">
        <w:trPr>
          <w:jc w:val="center"/>
        </w:trPr>
        <w:tc>
          <w:tcPr>
            <w:tcW w:w="3456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2331961F" w14:textId="77777777" w:rsidR="008646D8" w:rsidRDefault="00EA5B0C">
            <w:pPr>
              <w:spacing w:after="0"/>
              <w:jc w:val="center"/>
            </w:pPr>
            <w:r>
              <w:rPr>
                <w:noProof/>
                <w:lang w:val="fr-FR"/>
              </w:rPr>
              <w:drawing>
                <wp:inline distT="0" distB="0" distL="0" distR="0" wp14:anchorId="65ED981C" wp14:editId="698F0076">
                  <wp:extent cx="1373788" cy="1373788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5_calendar.pn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7265" cy="1377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4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4058DCE2" w14:textId="77777777" w:rsidR="008646D8" w:rsidRDefault="00EA5B0C">
            <w:pPr>
              <w:spacing w:after="0" w:line="269" w:lineRule="auto"/>
            </w:pPr>
            <w:r>
              <w:rPr>
                <w:color w:val="000000"/>
                <w:lang w:val="fr-FR"/>
              </w:rPr>
              <w:t>La date limite pour envoyer votre vidéo est la fin du mois de septembre 2026.</w:t>
            </w:r>
          </w:p>
        </w:tc>
      </w:tr>
    </w:tbl>
    <w:p w14:paraId="2CAF9B4E" w14:textId="77777777" w:rsidR="000C2C7A" w:rsidRDefault="000C2C7A">
      <w:pPr>
        <w:rPr>
          <w:lang w:eastAsia="ja-JP"/>
        </w:rPr>
      </w:pPr>
    </w:p>
    <w:sectPr w:rsidR="000C2C7A" w:rsidSect="00034616">
      <w:footerReference w:type="default" r:id="rId32"/>
      <w:pgSz w:w="12240" w:h="15840"/>
      <w:pgMar w:top="648" w:right="792" w:bottom="648" w:left="792" w:header="288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1DFAE" w14:textId="77777777" w:rsidR="00EA5B0C" w:rsidRDefault="00EA5B0C">
      <w:pPr>
        <w:spacing w:after="0" w:line="240" w:lineRule="auto"/>
      </w:pPr>
      <w:r>
        <w:separator/>
      </w:r>
    </w:p>
  </w:endnote>
  <w:endnote w:type="continuationSeparator" w:id="0">
    <w:p w14:paraId="58206EE9" w14:textId="77777777" w:rsidR="00EA5B0C" w:rsidRDefault="00EA5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8D1E1" w14:textId="77777777" w:rsidR="008646D8" w:rsidRDefault="00EA5B0C">
    <w:pPr>
      <w:pStyle w:val="a7"/>
      <w:jc w:val="right"/>
    </w:pPr>
    <w:r>
      <w:rPr>
        <w:color w:val="000000"/>
        <w:sz w:val="22"/>
      </w:rPr>
      <w:fldChar w:fldCharType="begin"/>
    </w:r>
    <w:r>
      <w:rPr>
        <w:color w:val="000000"/>
        <w:sz w:val="22"/>
      </w:rPr>
      <w:instrText xml:space="preserve"> PAGE </w:instrText>
    </w:r>
    <w:r>
      <w:rPr>
        <w:color w:val="000000"/>
        <w:sz w:val="22"/>
      </w:rPr>
      <w:fldChar w:fldCharType="separate"/>
    </w:r>
    <w:r w:rsidR="000B5058">
      <w:rPr>
        <w:noProof/>
        <w:color w:val="000000"/>
        <w:sz w:val="22"/>
      </w:rPr>
      <w:t>1</w:t>
    </w:r>
    <w:r>
      <w:rPr>
        <w:color w:val="000000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DFEC2" w14:textId="77777777" w:rsidR="00EA5B0C" w:rsidRDefault="00EA5B0C">
      <w:pPr>
        <w:spacing w:after="0" w:line="240" w:lineRule="auto"/>
      </w:pPr>
      <w:r>
        <w:separator/>
      </w:r>
    </w:p>
  </w:footnote>
  <w:footnote w:type="continuationSeparator" w:id="0">
    <w:p w14:paraId="6D2A9D7D" w14:textId="77777777" w:rsidR="00EA5B0C" w:rsidRDefault="00EA5B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19A67B5"/>
    <w:multiLevelType w:val="hybridMultilevel"/>
    <w:tmpl w:val="7136AA06"/>
    <w:lvl w:ilvl="0" w:tplc="F58ED6DC">
      <w:start w:val="1"/>
      <w:numFmt w:val="decimal"/>
      <w:lvlText w:val="%1-"/>
      <w:lvlJc w:val="left"/>
      <w:pPr>
        <w:ind w:left="360" w:hanging="360"/>
      </w:pPr>
      <w:rPr>
        <w:rFonts w:hint="default"/>
        <w:color w:val="auto"/>
        <w:sz w:val="3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3F0A2176"/>
    <w:multiLevelType w:val="hybridMultilevel"/>
    <w:tmpl w:val="9B2E9B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A53E35"/>
    <w:multiLevelType w:val="hybridMultilevel"/>
    <w:tmpl w:val="91F27B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3641973">
    <w:abstractNumId w:val="8"/>
  </w:num>
  <w:num w:numId="2" w16cid:durableId="609045235">
    <w:abstractNumId w:val="6"/>
  </w:num>
  <w:num w:numId="3" w16cid:durableId="1208831744">
    <w:abstractNumId w:val="5"/>
  </w:num>
  <w:num w:numId="4" w16cid:durableId="1891451843">
    <w:abstractNumId w:val="4"/>
  </w:num>
  <w:num w:numId="5" w16cid:durableId="300884017">
    <w:abstractNumId w:val="7"/>
  </w:num>
  <w:num w:numId="6" w16cid:durableId="1586180838">
    <w:abstractNumId w:val="3"/>
  </w:num>
  <w:num w:numId="7" w16cid:durableId="1486971323">
    <w:abstractNumId w:val="2"/>
  </w:num>
  <w:num w:numId="8" w16cid:durableId="256252240">
    <w:abstractNumId w:val="1"/>
  </w:num>
  <w:num w:numId="9" w16cid:durableId="1740861385">
    <w:abstractNumId w:val="0"/>
  </w:num>
  <w:num w:numId="10" w16cid:durableId="1515875745">
    <w:abstractNumId w:val="9"/>
  </w:num>
  <w:num w:numId="11" w16cid:durableId="1868257313">
    <w:abstractNumId w:val="10"/>
  </w:num>
  <w:num w:numId="12" w16cid:durableId="11760444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4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E7B"/>
    <w:rsid w:val="00034616"/>
    <w:rsid w:val="0006063C"/>
    <w:rsid w:val="000B5058"/>
    <w:rsid w:val="000B532D"/>
    <w:rsid w:val="000C2C7A"/>
    <w:rsid w:val="000D1DA8"/>
    <w:rsid w:val="0015074B"/>
    <w:rsid w:val="00162EEE"/>
    <w:rsid w:val="001D32B2"/>
    <w:rsid w:val="00226202"/>
    <w:rsid w:val="0029639D"/>
    <w:rsid w:val="002D03CE"/>
    <w:rsid w:val="00326F90"/>
    <w:rsid w:val="00327EBA"/>
    <w:rsid w:val="0036490C"/>
    <w:rsid w:val="00376F02"/>
    <w:rsid w:val="003B6DB7"/>
    <w:rsid w:val="004E62C0"/>
    <w:rsid w:val="00522A00"/>
    <w:rsid w:val="005B6465"/>
    <w:rsid w:val="005C454E"/>
    <w:rsid w:val="006F20C1"/>
    <w:rsid w:val="00762DE0"/>
    <w:rsid w:val="0079280E"/>
    <w:rsid w:val="0082106B"/>
    <w:rsid w:val="008646D8"/>
    <w:rsid w:val="008E163B"/>
    <w:rsid w:val="00904500"/>
    <w:rsid w:val="009924BD"/>
    <w:rsid w:val="00AA1D8D"/>
    <w:rsid w:val="00AB7272"/>
    <w:rsid w:val="00B47730"/>
    <w:rsid w:val="00C123F1"/>
    <w:rsid w:val="00C311D4"/>
    <w:rsid w:val="00CB0664"/>
    <w:rsid w:val="00D859A9"/>
    <w:rsid w:val="00D9531F"/>
    <w:rsid w:val="00DD13BF"/>
    <w:rsid w:val="00E705CE"/>
    <w:rsid w:val="00E71C31"/>
    <w:rsid w:val="00EA5B0C"/>
    <w:rsid w:val="00F20221"/>
    <w:rsid w:val="00F94CE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FCF908"/>
  <w14:defaultImageDpi w14:val="300"/>
  <w15:docId w15:val="{B6170140-EEF7-4F09-93E3-8E780140F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  <w:sz w:val="3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asyBullet">
    <w:name w:val="Easy Bullet"/>
    <w:pPr>
      <w:spacing w:after="60"/>
      <w:ind w:left="317" w:hanging="173"/>
    </w:pPr>
    <w:rPr>
      <w:rFonts w:ascii="Arial" w:hAnsi="Arial"/>
      <w:sz w:val="29"/>
    </w:rPr>
  </w:style>
  <w:style w:type="character" w:styleId="aff">
    <w:name w:val="Hyperlink"/>
    <w:basedOn w:val="a2"/>
    <w:uiPriority w:val="99"/>
    <w:unhideWhenUsed/>
    <w:rsid w:val="00DD13BF"/>
    <w:rPr>
      <w:color w:val="0000FF" w:themeColor="hyperlink"/>
      <w:u w:val="single"/>
    </w:rPr>
  </w:style>
  <w:style w:type="character" w:styleId="aff0">
    <w:name w:val="Unresolved Mention"/>
    <w:basedOn w:val="a2"/>
    <w:uiPriority w:val="99"/>
    <w:semiHidden/>
    <w:unhideWhenUsed/>
    <w:rsid w:val="00DD13BF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a1"/>
    <w:rsid w:val="00E705CE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paragraph" w:styleId="Web">
    <w:name w:val="Normal (Web)"/>
    <w:basedOn w:val="a1"/>
    <w:uiPriority w:val="99"/>
    <w:unhideWhenUsed/>
    <w:rsid w:val="00162EEE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character" w:styleId="aff1">
    <w:name w:val="FollowedHyperlink"/>
    <w:basedOn w:val="a2"/>
    <w:uiPriority w:val="99"/>
    <w:semiHidden/>
    <w:unhideWhenUsed/>
    <w:rsid w:val="00E71C3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yperlink" Target="https://wetransfer.com/" TargetMode="Externa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hyperlink" Target="https://forms.gle/4H8JDcrfD7QmVZg1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yperlink" Target="https://drive.google.com/drive/folders/1NJ9TTlEx0CuV-7JOHF0HsAzBpSlsh5Cv?usp=sharing" TargetMode="External"/><Relationship Id="rId28" Type="http://schemas.openxmlformats.org/officeDocument/2006/relationships/image" Target="media/image1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yperlink" Target="mailto:ailis.hardy@inclusion-international.org" TargetMode="External"/><Relationship Id="rId30" Type="http://schemas.openxmlformats.org/officeDocument/2006/relationships/image" Target="media/image19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529</Words>
  <Characters>3016</Characters>
  <Application>Microsoft Office Word</Application>
  <DocSecurity>0</DocSecurity>
  <Lines>25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3538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創思苑 パンジー</cp:lastModifiedBy>
  <cp:revision>2</cp:revision>
  <cp:lastPrinted>2026-08-27T00:46:00Z</cp:lastPrinted>
  <dcterms:created xsi:type="dcterms:W3CDTF">2026-08-27T13:34:00Z</dcterms:created>
  <dcterms:modified xsi:type="dcterms:W3CDTF">2026-08-27T13:34:00Z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c716f953-9155-4815-8b6e-c5589dc84368</vt:lpwstr>
  </property>
</Properties>
</file>