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3BDB3A2D" w14:textId="77777777" w:rsidTr="00904500">
        <w:trPr>
          <w:trHeight w:val="726"/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044DE873" w14:textId="4CA62C7E" w:rsidR="008646D8" w:rsidRPr="00762DE0" w:rsidRDefault="00762DE0" w:rsidP="000B5058">
            <w:pPr>
              <w:spacing w:before="240" w:after="240" w:line="360" w:lineRule="auto"/>
              <w:jc w:val="center"/>
              <w:rPr>
                <w:rFonts w:cs="Arial"/>
                <w:b/>
                <w:bCs/>
                <w:sz w:val="32"/>
                <w:szCs w:val="32"/>
                <w:lang w:val="en-GB" w:eastAsia="ja-JP"/>
              </w:rPr>
            </w:pPr>
            <w:r w:rsidRPr="00762DE0">
              <w:rPr>
                <w:b/>
                <w:bCs/>
                <w:sz w:val="44"/>
                <w:szCs w:val="36"/>
                <w:lang w:val="pt-PT"/>
              </w:rPr>
              <w:t>Sobreviventes: por favor, faça um vídeo e envie para nós</w:t>
            </w:r>
          </w:p>
        </w:tc>
      </w:tr>
    </w:tbl>
    <w:p w14:paraId="6453A53D" w14:textId="3F3FB86C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6264"/>
      </w:tblGrid>
      <w:tr w:rsidR="008646D8" w14:paraId="54A8613B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D8B5FF" w14:textId="6D870F03" w:rsidR="00E71C31" w:rsidRDefault="001D32B2" w:rsidP="00E71C31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anchor distT="0" distB="0" distL="114300" distR="114300" simplePos="0" relativeHeight="251658240" behindDoc="0" locked="0" layoutInCell="1" allowOverlap="1" wp14:anchorId="0B8F91AD" wp14:editId="51EBB6DB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-1931035</wp:posOffset>
                  </wp:positionV>
                  <wp:extent cx="2047875" cy="2171700"/>
                  <wp:effectExtent l="0" t="0" r="9525" b="0"/>
                  <wp:wrapThrough wrapText="bothSides">
                    <wp:wrapPolygon edited="0">
                      <wp:start x="0" y="0"/>
                      <wp:lineTo x="0" y="21411"/>
                      <wp:lineTo x="21500" y="21411"/>
                      <wp:lineTo x="21500" y="0"/>
                      <wp:lineTo x="0" y="0"/>
                    </wp:wrapPolygon>
                  </wp:wrapThrough>
                  <wp:docPr id="2937963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C58130" w14:textId="339B4C31" w:rsidR="00E71C31" w:rsidRDefault="00E71C31" w:rsidP="00E71C31">
            <w:pPr>
              <w:spacing w:after="0"/>
              <w:jc w:val="center"/>
            </w:pPr>
          </w:p>
          <w:p w14:paraId="0933A7BE" w14:textId="443D4137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pt-PT"/>
              </w:rPr>
              <w:drawing>
                <wp:anchor distT="0" distB="0" distL="114300" distR="114300" simplePos="0" relativeHeight="251660288" behindDoc="0" locked="0" layoutInCell="1" allowOverlap="1" wp14:anchorId="404550A1" wp14:editId="10CAB113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153035</wp:posOffset>
                  </wp:positionV>
                  <wp:extent cx="1692275" cy="3886200"/>
                  <wp:effectExtent l="0" t="0" r="3175" b="0"/>
                  <wp:wrapNone/>
                  <wp:docPr id="311687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8728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388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1FDF0E" w14:textId="001FBEA8" w:rsidR="00E71C31" w:rsidRDefault="00E71C31" w:rsidP="00E71C31">
            <w:pPr>
              <w:spacing w:after="0"/>
              <w:jc w:val="center"/>
            </w:pPr>
          </w:p>
          <w:p w14:paraId="7EAA0B03" w14:textId="0D162BD1" w:rsidR="00E71C31" w:rsidRDefault="00E71C31" w:rsidP="00E71C31">
            <w:pPr>
              <w:spacing w:after="0"/>
              <w:jc w:val="center"/>
            </w:pPr>
          </w:p>
          <w:p w14:paraId="22E79F63" w14:textId="63BC2751" w:rsidR="00E71C31" w:rsidRDefault="00E71C31" w:rsidP="00E71C31">
            <w:pPr>
              <w:spacing w:after="0"/>
              <w:jc w:val="center"/>
            </w:pPr>
          </w:p>
          <w:p w14:paraId="18E0811B" w14:textId="3DAF5D3D" w:rsidR="00E71C31" w:rsidRDefault="00E71C31" w:rsidP="00E71C31">
            <w:pPr>
              <w:spacing w:after="0"/>
              <w:jc w:val="center"/>
            </w:pPr>
          </w:p>
          <w:p w14:paraId="75B86F48" w14:textId="048319E7" w:rsidR="00E71C31" w:rsidRDefault="00E71C31" w:rsidP="00E71C31">
            <w:pPr>
              <w:spacing w:after="0"/>
              <w:jc w:val="center"/>
            </w:pPr>
          </w:p>
          <w:p w14:paraId="5F8F116E" w14:textId="2D1F5482" w:rsidR="00E71C31" w:rsidRDefault="00E71C31" w:rsidP="00E71C31">
            <w:pPr>
              <w:spacing w:after="0"/>
              <w:jc w:val="center"/>
            </w:pPr>
          </w:p>
          <w:p w14:paraId="29BC7152" w14:textId="6D0B80B1" w:rsidR="00E71C31" w:rsidRDefault="00E71C31" w:rsidP="00E71C31">
            <w:pPr>
              <w:spacing w:after="0"/>
              <w:jc w:val="center"/>
            </w:pPr>
          </w:p>
          <w:p w14:paraId="608A114A" w14:textId="77777777" w:rsidR="00E71C31" w:rsidRDefault="00E71C31" w:rsidP="00E71C31">
            <w:pPr>
              <w:spacing w:after="0"/>
              <w:jc w:val="center"/>
            </w:pPr>
          </w:p>
          <w:p w14:paraId="6DA24F05" w14:textId="5D4F813E" w:rsidR="00E71C31" w:rsidRDefault="00E71C31" w:rsidP="00E71C31">
            <w:pPr>
              <w:spacing w:after="0"/>
              <w:jc w:val="center"/>
            </w:pPr>
          </w:p>
          <w:p w14:paraId="4FB4A227" w14:textId="799CE67E" w:rsidR="00E71C31" w:rsidRDefault="00E71C31" w:rsidP="00E71C31">
            <w:pPr>
              <w:spacing w:after="0"/>
              <w:jc w:val="center"/>
            </w:pPr>
          </w:p>
          <w:p w14:paraId="04BCA565" w14:textId="77777777" w:rsidR="00E71C31" w:rsidRDefault="00E71C31" w:rsidP="00E71C31">
            <w:pPr>
              <w:spacing w:after="0"/>
              <w:jc w:val="center"/>
            </w:pPr>
          </w:p>
          <w:p w14:paraId="2F91E668" w14:textId="77777777" w:rsidR="00E71C31" w:rsidRDefault="00E71C31" w:rsidP="00E71C31">
            <w:pPr>
              <w:spacing w:after="0"/>
              <w:jc w:val="center"/>
            </w:pPr>
          </w:p>
          <w:p w14:paraId="540FD3CF" w14:textId="77777777" w:rsidR="00E71C31" w:rsidRDefault="00E71C31" w:rsidP="00E71C31">
            <w:pPr>
              <w:spacing w:after="0"/>
              <w:jc w:val="center"/>
            </w:pPr>
          </w:p>
          <w:p w14:paraId="197CDD1C" w14:textId="77777777" w:rsidR="00E71C31" w:rsidRDefault="00E71C31" w:rsidP="00E71C31">
            <w:pPr>
              <w:spacing w:after="0"/>
              <w:jc w:val="center"/>
            </w:pPr>
          </w:p>
          <w:p w14:paraId="086ADD1E" w14:textId="77777777" w:rsidR="00E71C31" w:rsidRDefault="00E71C31" w:rsidP="00E71C31">
            <w:pPr>
              <w:spacing w:after="0"/>
              <w:jc w:val="center"/>
            </w:pPr>
          </w:p>
          <w:p w14:paraId="61A325DF" w14:textId="77777777" w:rsidR="00E71C31" w:rsidRDefault="00E71C31" w:rsidP="00E71C31">
            <w:pPr>
              <w:spacing w:after="0"/>
              <w:jc w:val="center"/>
            </w:pPr>
          </w:p>
          <w:p w14:paraId="14CA00D4" w14:textId="77777777" w:rsidR="00E71C31" w:rsidRDefault="00E71C31" w:rsidP="00E71C31">
            <w:pPr>
              <w:spacing w:after="0"/>
              <w:jc w:val="center"/>
            </w:pPr>
          </w:p>
          <w:p w14:paraId="0A54F891" w14:textId="77777777" w:rsidR="00E71C31" w:rsidRDefault="00E71C31" w:rsidP="00E71C31">
            <w:pPr>
              <w:spacing w:after="0"/>
              <w:jc w:val="center"/>
            </w:pPr>
          </w:p>
          <w:p w14:paraId="7477C3AA" w14:textId="77777777" w:rsidR="00E71C31" w:rsidRDefault="00E71C31" w:rsidP="00E71C31">
            <w:pPr>
              <w:spacing w:after="0"/>
              <w:jc w:val="center"/>
            </w:pPr>
          </w:p>
          <w:p w14:paraId="03B9F1D0" w14:textId="54C1F9AC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pt-PT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3F4BE59" wp14:editId="665FBFBE">
                  <wp:simplePos x="0" y="0"/>
                  <wp:positionH relativeFrom="column">
                    <wp:posOffset>-98425</wp:posOffset>
                  </wp:positionH>
                  <wp:positionV relativeFrom="paragraph">
                    <wp:posOffset>20955</wp:posOffset>
                  </wp:positionV>
                  <wp:extent cx="2019300" cy="2774315"/>
                  <wp:effectExtent l="0" t="0" r="0" b="6985"/>
                  <wp:wrapNone/>
                  <wp:docPr id="689854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85474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E9AD1" w14:textId="77777777" w:rsidR="00E71C31" w:rsidRDefault="00E71C31" w:rsidP="00E71C31">
            <w:pPr>
              <w:spacing w:after="0"/>
              <w:jc w:val="center"/>
            </w:pPr>
          </w:p>
          <w:p w14:paraId="43EBF4CB" w14:textId="77777777" w:rsidR="00E71C31" w:rsidRDefault="00E71C31" w:rsidP="00E71C31">
            <w:pPr>
              <w:spacing w:after="0"/>
              <w:jc w:val="center"/>
            </w:pPr>
          </w:p>
          <w:p w14:paraId="78607E18" w14:textId="77777777" w:rsidR="00E71C31" w:rsidRDefault="00E71C31" w:rsidP="00E71C31">
            <w:pPr>
              <w:spacing w:after="0"/>
              <w:jc w:val="center"/>
            </w:pPr>
          </w:p>
          <w:p w14:paraId="2803A754" w14:textId="77777777" w:rsidR="00E71C31" w:rsidRDefault="00E71C31" w:rsidP="00E71C31">
            <w:pPr>
              <w:spacing w:after="0"/>
              <w:jc w:val="center"/>
            </w:pPr>
          </w:p>
          <w:p w14:paraId="7018A41E" w14:textId="77777777" w:rsidR="00E71C31" w:rsidRDefault="00E71C31" w:rsidP="00E71C31">
            <w:pPr>
              <w:spacing w:after="0"/>
              <w:jc w:val="center"/>
            </w:pPr>
          </w:p>
          <w:p w14:paraId="15BBEBEC" w14:textId="77777777" w:rsidR="00E71C31" w:rsidRDefault="00E71C31" w:rsidP="00E71C31">
            <w:pPr>
              <w:spacing w:after="0"/>
              <w:jc w:val="center"/>
            </w:pPr>
          </w:p>
          <w:p w14:paraId="41AE072F" w14:textId="77777777" w:rsidR="00E71C31" w:rsidRDefault="00E71C31" w:rsidP="00E71C31">
            <w:pPr>
              <w:spacing w:after="0"/>
              <w:jc w:val="center"/>
            </w:pPr>
          </w:p>
          <w:p w14:paraId="2AC5790B" w14:textId="77777777" w:rsidR="00E71C31" w:rsidRDefault="00E71C31" w:rsidP="00E71C31">
            <w:pPr>
              <w:spacing w:after="0"/>
              <w:jc w:val="center"/>
            </w:pPr>
          </w:p>
          <w:p w14:paraId="3B6A15E6" w14:textId="77777777" w:rsidR="00E71C31" w:rsidRDefault="00E71C31" w:rsidP="00E71C31">
            <w:pPr>
              <w:spacing w:after="0"/>
              <w:jc w:val="center"/>
            </w:pPr>
          </w:p>
          <w:p w14:paraId="24405CD0" w14:textId="77777777" w:rsidR="00E71C31" w:rsidRDefault="00E71C31" w:rsidP="00E71C31">
            <w:pPr>
              <w:spacing w:after="0"/>
              <w:jc w:val="center"/>
            </w:pPr>
          </w:p>
          <w:p w14:paraId="1F9761C0" w14:textId="77777777" w:rsidR="00E71C31" w:rsidRDefault="00E71C31" w:rsidP="00E71C31">
            <w:pPr>
              <w:spacing w:after="0"/>
              <w:jc w:val="center"/>
            </w:pPr>
          </w:p>
          <w:p w14:paraId="77F70DA4" w14:textId="54356603" w:rsidR="00E71C31" w:rsidRDefault="00EA5B0C" w:rsidP="00E71C31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67E5C5EB" wp14:editId="74E6A641">
                  <wp:extent cx="2240280" cy="19375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cam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93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505BCCC" w14:textId="6F341370" w:rsidR="00F94CEF" w:rsidRDefault="00F94CEF">
            <w:pPr>
              <w:spacing w:after="0" w:line="269" w:lineRule="auto"/>
            </w:pPr>
            <w:r>
              <w:rPr>
                <w:lang w:val="pt-PT"/>
              </w:rPr>
              <w:t>O meu nome é Chiaki Nakayama.</w:t>
            </w:r>
            <w:r w:rsidR="0082106B">
              <w:rPr>
                <w:lang w:val="pt-PT"/>
              </w:rPr>
            </w:r>
            <w:r w:rsidR="0082106B" w:rsidRPr="0082106B">
              <w:rPr>
                <w:lang w:val="pt-PT"/>
              </w:rPr>
            </w:r>
            <w:r>
              <w:rPr>
                <w:lang w:val="pt-PT"/>
              </w:rPr>
            </w:r>
          </w:p>
          <w:p w14:paraId="1D126144" w14:textId="77777777" w:rsidR="00F94CEF" w:rsidRDefault="00F94CEF">
            <w:pPr>
              <w:spacing w:after="0" w:line="269" w:lineRule="auto"/>
            </w:pPr>
          </w:p>
          <w:p w14:paraId="021BF787" w14:textId="2385EE7E" w:rsidR="00F94CEF" w:rsidRDefault="00F94CEF">
            <w:pPr>
              <w:spacing w:after="0" w:line="269" w:lineRule="auto"/>
            </w:pPr>
            <w:r>
              <w:rPr>
                <w:lang w:val="pt-PT"/>
              </w:rPr>
              <w:t>Sou uma pessoa autodefensora do Japão e sobrevivente de instituições.</w:t>
            </w:r>
          </w:p>
          <w:p w14:paraId="76FA56CA" w14:textId="77777777" w:rsidR="00F94CEF" w:rsidRDefault="00F94CEF">
            <w:pPr>
              <w:spacing w:after="0" w:line="269" w:lineRule="auto"/>
            </w:pPr>
          </w:p>
          <w:p w14:paraId="5A46974B" w14:textId="77806DEB" w:rsidR="00F94CEF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A Inclusion International tem uma rede mundial de pessoas sobreviventes de instituições.</w:t>
            </w:r>
            <w:r>
              <w:rPr>
                <w:lang w:val="pt-PT"/>
              </w:rPr>
            </w:r>
            <w:r w:rsidRPr="00E71C31">
              <w:rPr>
                <w:lang w:val="pt-PT"/>
              </w:rPr>
            </w:r>
          </w:p>
          <w:p w14:paraId="31720184" w14:textId="77777777" w:rsidR="00F94CEF" w:rsidRDefault="00F94CEF">
            <w:pPr>
              <w:spacing w:after="0" w:line="269" w:lineRule="auto"/>
            </w:pPr>
          </w:p>
          <w:p w14:paraId="29DA5BFC" w14:textId="61270830" w:rsidR="00E71C31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Este grupo tem o nome de Survivors Network. Em português: Rede de Sobreviventes.</w:t>
            </w:r>
            <w:r>
              <w:rPr>
                <w:lang w:val="pt-PT"/>
              </w:rPr>
            </w:r>
            <w:r w:rsidRPr="00E71C31">
              <w:rPr>
                <w:lang w:val="pt-PT"/>
              </w:rPr>
            </w:r>
          </w:p>
          <w:p w14:paraId="49EBBCD8" w14:textId="34E49AD7" w:rsidR="00F94CEF" w:rsidRDefault="00F94CEF">
            <w:pPr>
              <w:spacing w:after="0" w:line="269" w:lineRule="auto"/>
            </w:pPr>
          </w:p>
          <w:p w14:paraId="0B423F26" w14:textId="451E3C51" w:rsidR="00F94CEF" w:rsidRDefault="00F94CEF">
            <w:pPr>
              <w:spacing w:after="0" w:line="269" w:lineRule="auto"/>
            </w:pPr>
            <w:r>
              <w:rPr>
                <w:lang w:val="pt-PT"/>
              </w:rPr>
              <w:t>Eu sou a pessoa que preside o Survivors Network.</w:t>
            </w:r>
          </w:p>
          <w:p w14:paraId="0479F73C" w14:textId="77777777" w:rsidR="00E71C31" w:rsidRDefault="00E71C31">
            <w:pPr>
              <w:spacing w:after="0" w:line="269" w:lineRule="auto"/>
            </w:pPr>
          </w:p>
          <w:p w14:paraId="70D9DCE8" w14:textId="3D3C58D3" w:rsidR="00E71C31" w:rsidRDefault="00E71C31" w:rsidP="00E71C31">
            <w:pPr>
              <w:spacing w:after="0" w:line="269" w:lineRule="auto"/>
            </w:pPr>
            <w:r w:rsidRPr="00E71C31">
              <w:rPr>
                <w:lang w:val="pt-PT"/>
              </w:rPr>
              <w:t>Uma instituição é qualquer lugar onde as pessoas com deficiência:</w:t>
            </w:r>
            <w:r>
              <w:rPr>
                <w:lang w:val="pt-PT"/>
              </w:rPr>
            </w:r>
            <w:r w:rsidRPr="00E71C31">
              <w:rPr>
                <w:lang w:val="pt-PT"/>
              </w:rPr>
            </w:r>
            <w:r>
              <w:rPr>
                <w:lang w:val="pt-PT"/>
              </w:rPr>
            </w:r>
          </w:p>
          <w:p w14:paraId="6294F771" w14:textId="45E2DD8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pt-PT"/>
              </w:rPr>
              <w:t>estão separadas da comunidade.</w:t>
            </w:r>
          </w:p>
          <w:p w14:paraId="4FFE78C9" w14:textId="3A40CA12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pt-PT"/>
              </w:rPr>
              <w:t>não decidem sobre a sua vida nem sobre as escolhas do dia a dia, como quem cuida delas e o que fazem com o seu tempo.</w:t>
            </w:r>
          </w:p>
          <w:p w14:paraId="57E1E58E" w14:textId="72B682C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>
              <w:rPr>
                <w:lang w:val="pt-PT"/>
              </w:rPr>
              <w:t>não têm os seus direitos respeitados</w:t>
            </w:r>
          </w:p>
          <w:p w14:paraId="3D8C5554" w14:textId="77777777" w:rsidR="00E71C31" w:rsidRDefault="00E71C31">
            <w:pPr>
              <w:spacing w:after="0" w:line="269" w:lineRule="auto"/>
            </w:pPr>
          </w:p>
          <w:p w14:paraId="062391DA" w14:textId="77777777" w:rsidR="00F94CEF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Uma instituição pode ser grande, quando muitas pessoas vivem juntas no mesmo lugar.</w:t>
            </w:r>
          </w:p>
          <w:p w14:paraId="770034A4" w14:textId="77777777" w:rsidR="00F94CEF" w:rsidRDefault="00F94CEF">
            <w:pPr>
              <w:spacing w:after="0" w:line="269" w:lineRule="auto"/>
            </w:pPr>
          </w:p>
          <w:p w14:paraId="6A3367CD" w14:textId="77777777" w:rsidR="00F94CEF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Ou pequena, com apenas algumas pessoas.</w:t>
            </w:r>
          </w:p>
          <w:p w14:paraId="2446E677" w14:textId="77777777" w:rsidR="00F94CEF" w:rsidRDefault="00F94CEF">
            <w:pPr>
              <w:spacing w:after="0" w:line="269" w:lineRule="auto"/>
            </w:pPr>
          </w:p>
          <w:p w14:paraId="6CB58205" w14:textId="512219DC" w:rsidR="00E71C31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As instituições podem ter muitos nomes diferentes.</w:t>
            </w:r>
            <w:r>
              <w:rPr>
                <w:lang w:val="pt-PT"/>
              </w:rPr>
            </w:r>
          </w:p>
          <w:p w14:paraId="50A7FEFB" w14:textId="77777777" w:rsidR="00E71C31" w:rsidRDefault="00E71C31">
            <w:pPr>
              <w:spacing w:after="0" w:line="269" w:lineRule="auto"/>
            </w:pPr>
          </w:p>
          <w:p w14:paraId="2CFC9CEC" w14:textId="77777777" w:rsidR="001D32B2" w:rsidRDefault="001D32B2">
            <w:pPr>
              <w:spacing w:after="0" w:line="269" w:lineRule="auto"/>
            </w:pPr>
          </w:p>
          <w:p w14:paraId="569BAF5F" w14:textId="77777777" w:rsidR="001D32B2" w:rsidRDefault="001D32B2">
            <w:pPr>
              <w:spacing w:after="0" w:line="269" w:lineRule="auto"/>
            </w:pPr>
          </w:p>
          <w:p w14:paraId="7A8DB466" w14:textId="77777777" w:rsidR="001D32B2" w:rsidRDefault="001D32B2">
            <w:pPr>
              <w:spacing w:after="0" w:line="269" w:lineRule="auto"/>
            </w:pPr>
          </w:p>
          <w:p w14:paraId="497958CF" w14:textId="77777777" w:rsidR="001D32B2" w:rsidRDefault="001D32B2">
            <w:pPr>
              <w:spacing w:after="0" w:line="269" w:lineRule="auto"/>
            </w:pPr>
          </w:p>
          <w:p w14:paraId="6E7E27F6" w14:textId="77777777" w:rsidR="001D32B2" w:rsidRDefault="001D32B2">
            <w:pPr>
              <w:spacing w:after="0" w:line="269" w:lineRule="auto"/>
            </w:pPr>
          </w:p>
          <w:p w14:paraId="06ADD5E0" w14:textId="4F50EC18" w:rsidR="00F94CEF" w:rsidRDefault="00E71C31">
            <w:pPr>
              <w:spacing w:after="0" w:line="269" w:lineRule="auto"/>
            </w:pPr>
            <w:r w:rsidRPr="00E71C31">
              <w:rPr>
                <w:lang w:val="pt-PT"/>
              </w:rPr>
              <w:t>As pessoas sobreviventes de instituições são pessoas que:</w:t>
            </w:r>
            <w:r w:rsidR="00F94CEF">
              <w:rPr>
                <w:lang w:val="pt-PT"/>
              </w:rPr>
            </w:r>
          </w:p>
          <w:p w14:paraId="09490C2E" w14:textId="77777777" w:rsidR="00F94CEF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pt-PT"/>
              </w:rPr>
              <w:t>viveram em instituições, saíram e agora vivem na comunidade.</w:t>
            </w:r>
          </w:p>
          <w:p w14:paraId="5626049A" w14:textId="5264EC2B" w:rsidR="00E71C31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pt-PT"/>
              </w:rPr>
              <w:t>ainda vivem em instituições, mas querem sair.</w:t>
            </w:r>
          </w:p>
          <w:p w14:paraId="5067DB95" w14:textId="173E17A3" w:rsidR="00E71C31" w:rsidRDefault="00E71C31">
            <w:pPr>
              <w:spacing w:after="0" w:line="269" w:lineRule="auto"/>
            </w:pPr>
          </w:p>
          <w:p w14:paraId="3B4719A7" w14:textId="4783FCD8" w:rsidR="00E71C31" w:rsidRDefault="00E71C31">
            <w:pPr>
              <w:spacing w:after="0" w:line="269" w:lineRule="auto"/>
            </w:pPr>
            <w:r>
              <w:rPr>
                <w:lang w:val="pt-PT"/>
              </w:rPr>
              <w:t>O Survivors Network da Inclusion International quer que mais pessoas entendam o que são as instituições e o que vivem as pessoas sobreviventes.</w:t>
            </w:r>
            <w:r w:rsidR="00F94CEF">
              <w:rPr>
                <w:lang w:val="pt-PT"/>
              </w:rPr>
            </w:r>
            <w:r>
              <w:rPr>
                <w:lang w:val="pt-PT"/>
              </w:rPr>
            </w:r>
          </w:p>
          <w:p w14:paraId="6F03F2CB" w14:textId="77777777" w:rsidR="00E71C31" w:rsidRDefault="00E71C31">
            <w:pPr>
              <w:spacing w:after="0" w:line="269" w:lineRule="auto"/>
            </w:pPr>
          </w:p>
          <w:p w14:paraId="3E465073" w14:textId="0A1BB8F0" w:rsidR="00F94CEF" w:rsidRDefault="00E71C31">
            <w:pPr>
              <w:spacing w:after="0" w:line="269" w:lineRule="auto"/>
            </w:pPr>
            <w:r>
              <w:rPr>
                <w:lang w:val="pt-PT"/>
              </w:rPr>
              <w:t>Para isso, reunimos vídeos de pessoas sobreviventes.</w:t>
            </w:r>
            <w:r w:rsidR="001D32B2">
              <w:rPr>
                <w:lang w:val="pt-PT"/>
              </w:rPr>
            </w:r>
            <w:r>
              <w:rPr>
                <w:lang w:val="pt-PT"/>
              </w:rPr>
            </w:r>
          </w:p>
          <w:p w14:paraId="6C82F867" w14:textId="77777777" w:rsidR="00F94CEF" w:rsidRDefault="00F94CEF">
            <w:pPr>
              <w:spacing w:after="0" w:line="269" w:lineRule="auto"/>
            </w:pPr>
          </w:p>
          <w:p w14:paraId="71D55BF9" w14:textId="46E792A7" w:rsidR="00E71C31" w:rsidRDefault="00E71C31">
            <w:pPr>
              <w:spacing w:after="0" w:line="269" w:lineRule="auto"/>
            </w:pPr>
            <w:r>
              <w:rPr>
                <w:lang w:val="pt-PT"/>
              </w:rPr>
              <w:t>Os vídeos ajudam-nos a pedir que as instituições fechem.</w:t>
            </w:r>
          </w:p>
          <w:p w14:paraId="3E84E231" w14:textId="77777777" w:rsidR="00E71C31" w:rsidRDefault="00E71C31">
            <w:pPr>
              <w:spacing w:after="0" w:line="269" w:lineRule="auto"/>
            </w:pPr>
          </w:p>
          <w:p w14:paraId="4140F51E" w14:textId="77777777" w:rsidR="00E71C31" w:rsidRDefault="00E71C31">
            <w:pPr>
              <w:spacing w:after="0" w:line="269" w:lineRule="auto"/>
            </w:pPr>
          </w:p>
          <w:p w14:paraId="5BD34FC7" w14:textId="7BF44BCD" w:rsidR="008646D8" w:rsidRDefault="000B5058">
            <w:pPr>
              <w:spacing w:after="0" w:line="269" w:lineRule="auto"/>
            </w:pPr>
            <w:r>
              <w:rPr>
                <w:lang w:val="pt-PT"/>
              </w:rPr>
              <w:t>Este caderno explica às pessoas sobreviventes sobre o que gostaríamos que falassem no seu vídeo sobre a desinstitucionalização.</w:t>
            </w:r>
            <w:r w:rsidR="0082106B">
              <w:rPr>
                <w:lang w:val="pt-PT"/>
              </w:rPr>
            </w:r>
            <w:r>
              <w:rPr>
                <w:lang w:val="pt-PT"/>
              </w:rPr>
            </w:r>
          </w:p>
        </w:tc>
      </w:tr>
      <w:tr w:rsidR="008646D8" w14:paraId="65286CF1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A6E967" w14:textId="60A5581B" w:rsidR="008646D8" w:rsidRDefault="008646D8">
            <w:pPr>
              <w:spacing w:after="0"/>
              <w:jc w:val="center"/>
            </w:pP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054ED82" w14:textId="4231DDDF" w:rsidR="008646D8" w:rsidRDefault="008646D8">
            <w:pPr>
              <w:spacing w:after="0" w:line="269" w:lineRule="auto"/>
            </w:pPr>
          </w:p>
        </w:tc>
      </w:tr>
      <w:tr w:rsidR="008646D8" w14:paraId="7BD031D2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E835C9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3A03819B" wp14:editId="338FE4B6">
                  <wp:extent cx="2011680" cy="20116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lis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C3F9427" w14:textId="77777777" w:rsidR="00F20221" w:rsidRDefault="00F20221" w:rsidP="00F20221">
            <w:pPr>
              <w:spacing w:after="140" w:line="269" w:lineRule="auto"/>
            </w:pPr>
            <w:r>
              <w:rPr>
                <w:rFonts w:hint="eastAsia"/>
                <w:b/>
                <w:color w:val="000000"/>
                <w:sz w:val="32"/>
                <w:lang w:eastAsia="ja-JP" w:val="pt-PT"/>
              </w:rPr>
              <w:t>Gostaríamos de ouvir:</w:t>
            </w:r>
            <w:r>
              <w:rPr>
                <w:b/>
                <w:color w:val="000000"/>
                <w:sz w:val="32"/>
                <w:lang w:val="pt-PT"/>
              </w:rPr>
            </w:r>
          </w:p>
          <w:p w14:paraId="7E2346A6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pt-PT"/>
              </w:rPr>
              <w:t>• Por que viveu numa instituição.</w:t>
            </w:r>
            <w:proofErr w:type="gramStart"/>
            <w:r>
              <w:rPr>
                <w:color w:val="000000"/>
                <w:sz w:val="29"/>
                <w:lang w:val="pt-PT"/>
              </w:rPr>
            </w:r>
            <w:proofErr w:type="gramEnd"/>
            <w:r>
              <w:rPr>
                <w:color w:val="000000"/>
                <w:sz w:val="29"/>
                <w:lang w:val="pt-PT"/>
              </w:rPr>
            </w:r>
          </w:p>
          <w:p w14:paraId="2A5A4E22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pt-PT"/>
              </w:rPr>
              <w:t>• Como era viver lá.</w:t>
            </w:r>
          </w:p>
          <w:p w14:paraId="657443B1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pt-PT"/>
              </w:rPr>
              <w:t>• Como passou a viver na comunidade.</w:t>
            </w:r>
          </w:p>
          <w:p w14:paraId="3855D93C" w14:textId="77777777" w:rsidR="00F20221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pt-PT"/>
              </w:rPr>
              <w:t>• O que é diferente na sua vida agora.</w:t>
            </w:r>
            <w:proofErr w:type="gramStart"/>
            <w:r>
              <w:rPr>
                <w:color w:val="000000"/>
                <w:sz w:val="29"/>
                <w:lang w:val="pt-PT"/>
              </w:rPr>
            </w:r>
            <w:proofErr w:type="gramEnd"/>
            <w:r>
              <w:rPr>
                <w:color w:val="000000"/>
                <w:sz w:val="29"/>
                <w:lang w:val="pt-PT"/>
              </w:rPr>
            </w:r>
            <w:r>
              <w:rPr>
                <w:lang w:val="pt-PT"/>
              </w:rPr>
            </w:r>
          </w:p>
          <w:p w14:paraId="507B96E8" w14:textId="77777777" w:rsidR="00F20221" w:rsidRPr="005B6465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pt-PT"/>
              </w:rPr>
              <w:t>• A sua mensagem!</w:t>
            </w:r>
            <w:r>
              <w:rPr>
                <w:rFonts w:hint="eastAsia"/>
                <w:color w:val="000000"/>
                <w:sz w:val="29"/>
                <w:lang w:eastAsia="ja-JP" w:val="pt-PT"/>
              </w:rPr>
            </w:r>
            <w:r>
              <w:rPr>
                <w:rFonts w:hint="eastAsia"/>
                <w:lang w:eastAsia="ja-JP" w:val="pt-PT"/>
              </w:rPr>
            </w:r>
          </w:p>
          <w:p w14:paraId="30592064" w14:textId="77777777" w:rsidR="00F20221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</w:p>
          <w:p w14:paraId="6AD155A9" w14:textId="663C7B8F" w:rsidR="008E163B" w:rsidRPr="008E163B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  <w:r>
              <w:rPr>
                <w:rFonts w:hint="eastAsia"/>
                <w:color w:val="000000"/>
                <w:sz w:val="29"/>
                <w:lang w:eastAsia="ja-JP" w:val="pt-PT"/>
              </w:rPr>
              <w:t>Explicamos mais detalhes nas próximas páginas.</w:t>
            </w:r>
            <w:r>
              <w:rPr>
                <w:color w:val="000000"/>
                <w:sz w:val="29"/>
                <w:lang w:eastAsia="ja-JP" w:val="pt-PT"/>
              </w:rPr>
            </w:r>
            <w:r>
              <w:rPr>
                <w:rFonts w:hint="eastAsia"/>
                <w:color w:val="000000"/>
                <w:sz w:val="29"/>
                <w:lang w:eastAsia="ja-JP" w:val="pt-PT"/>
              </w:rPr>
            </w:r>
            <w:r w:rsidRPr="0079280E">
              <w:rPr>
                <w:rFonts w:hint="eastAsia"/>
                <w:color w:val="000000"/>
                <w:sz w:val="29"/>
                <w:lang w:eastAsia="ja-JP" w:val="pt-PT"/>
              </w:rPr>
            </w:r>
          </w:p>
        </w:tc>
      </w:tr>
    </w:tbl>
    <w:p w14:paraId="52F8E6D0" w14:textId="78D00100" w:rsidR="008646D8" w:rsidRDefault="008646D8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04C7BFF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1BB9820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pt-PT"/>
              </w:rPr>
              <w:t>Pergunta 1 e Pergunta 2</w:t>
            </w:r>
          </w:p>
        </w:tc>
      </w:tr>
    </w:tbl>
    <w:p w14:paraId="7E1B62DA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8646D8" w14:paraId="39FA150A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BAC516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3245E5F2" wp14:editId="3E9347DC">
                  <wp:extent cx="2423160" cy="253206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ins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53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CBB171D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pt-PT"/>
              </w:rPr>
              <w:t>Pergunta 1</w:t>
            </w:r>
          </w:p>
          <w:p w14:paraId="68B83611" w14:textId="77777777" w:rsidR="00F20221" w:rsidRDefault="00F20221" w:rsidP="00F20221">
            <w:pPr>
              <w:spacing w:after="160" w:line="269" w:lineRule="auto"/>
            </w:pPr>
            <w:r>
              <w:rPr>
                <w:color w:val="000000"/>
                <w:sz w:val="31"/>
                <w:lang w:val="pt-PT"/>
              </w:rPr>
              <w:t>Por que começou a viver numa instituição?</w:t>
            </w:r>
            <w:r>
              <w:rPr>
                <w:rFonts w:hint="eastAsia"/>
                <w:color w:val="000000"/>
                <w:sz w:val="31"/>
                <w:lang w:eastAsia="ja-JP" w:val="pt-PT"/>
              </w:rPr>
            </w:r>
            <w:r>
              <w:rPr>
                <w:color w:val="000000"/>
                <w:sz w:val="31"/>
                <w:lang w:val="pt-PT"/>
              </w:rPr>
            </w:r>
          </w:p>
          <w:p w14:paraId="6DBE561A" w14:textId="2B31E0E7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pt-PT"/>
              </w:rPr>
              <w:t>Quanto tempo viveu lá?</w:t>
            </w:r>
            <w:proofErr w:type="gramStart"/>
            <w:r>
              <w:rPr>
                <w:rFonts w:hint="eastAsia"/>
                <w:color w:val="000000"/>
                <w:sz w:val="31"/>
                <w:lang w:eastAsia="ja-JP" w:val="pt-PT"/>
              </w:rPr>
            </w:r>
            <w:proofErr w:type="gramEnd"/>
            <w:r>
              <w:rPr>
                <w:rFonts w:hint="eastAsia"/>
                <w:color w:val="000000"/>
                <w:sz w:val="31"/>
                <w:lang w:eastAsia="ja-JP" w:val="pt-PT"/>
              </w:rPr>
            </w:r>
            <w:proofErr w:type="gramStart"/>
            <w:r>
              <w:rPr>
                <w:rFonts w:hint="eastAsia"/>
                <w:color w:val="000000"/>
                <w:sz w:val="31"/>
                <w:lang w:eastAsia="ja-JP" w:val="pt-PT"/>
              </w:rPr>
            </w:r>
            <w:proofErr w:type="gramEnd"/>
            <w:r>
              <w:rPr>
                <w:color w:val="000000"/>
                <w:sz w:val="31"/>
                <w:lang w:val="pt-PT"/>
              </w:rPr>
            </w:r>
          </w:p>
        </w:tc>
      </w:tr>
      <w:tr w:rsidR="008646D8" w14:paraId="770BE6ED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05E23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33389FAF" wp14:editId="1E52D178">
                  <wp:extent cx="2148840" cy="248139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thin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48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C36F87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pt-PT"/>
              </w:rPr>
              <w:t>Pergunta 2</w:t>
            </w:r>
          </w:p>
          <w:p w14:paraId="651F2644" w14:textId="60800AF9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pt-PT"/>
              </w:rPr>
              <w:t>Como foi a sua experiência de viver numa instituição? Como se sentia quando vivia lá?</w:t>
            </w:r>
            <w:r>
              <w:rPr>
                <w:rFonts w:hint="eastAsia"/>
                <w:color w:val="000000"/>
                <w:sz w:val="31"/>
                <w:lang w:eastAsia="ja-JP" w:val="pt-PT"/>
              </w:rPr>
            </w:r>
          </w:p>
        </w:tc>
      </w:tr>
    </w:tbl>
    <w:p w14:paraId="6267F4FC" w14:textId="77777777" w:rsidR="008646D8" w:rsidRDefault="00EA5B0C">
      <w:r>
        <w:rPr>
          <w:lang w:val="pt-PT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131E502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492E5FCE" w14:textId="4AF19F5C" w:rsidR="008646D8" w:rsidRDefault="00EA5B0C">
            <w:pPr>
              <w:spacing w:after="0"/>
              <w:rPr>
                <w:lang w:eastAsia="ja-JP"/>
              </w:rPr>
            </w:pPr>
            <w:r>
              <w:rPr>
                <w:b/>
                <w:color w:val="000000"/>
                <w:sz w:val="44"/>
                <w:lang w:val="pt-PT"/>
              </w:rPr>
              <w:t>Pergunta 3, Pergunta 4 e Pergunta 5</w:t>
            </w:r>
            <w:r w:rsidR="00376F02">
              <w:rPr>
                <w:rFonts w:hint="eastAsia"/>
                <w:b/>
                <w:color w:val="000000"/>
                <w:sz w:val="44"/>
                <w:lang w:eastAsia="ja-JP" w:val="pt-PT"/>
              </w:rPr>
            </w:r>
            <w:r w:rsidR="00376F02">
              <w:rPr>
                <w:b/>
                <w:color w:val="000000"/>
                <w:sz w:val="44"/>
                <w:lang w:val="pt-PT"/>
              </w:rPr>
            </w:r>
            <w:r w:rsidR="00376F02">
              <w:rPr>
                <w:rFonts w:hint="eastAsia"/>
                <w:b/>
                <w:color w:val="000000"/>
                <w:sz w:val="44"/>
                <w:lang w:eastAsia="ja-JP" w:val="pt-PT"/>
              </w:rPr>
            </w:r>
          </w:p>
        </w:tc>
      </w:tr>
    </w:tbl>
    <w:p w14:paraId="0CF4EA38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760"/>
      </w:tblGrid>
      <w:tr w:rsidR="008646D8" w14:paraId="7D76F807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ACA0CDC" w14:textId="3213FC1A" w:rsidR="005B6465" w:rsidRDefault="00EA5B0C" w:rsidP="005B6465">
            <w:pPr>
              <w:spacing w:after="0"/>
              <w:rPr>
                <w:lang w:eastAsia="ja-JP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6A3ABAB7" wp14:editId="6A19DB50">
                  <wp:extent cx="2697480" cy="209513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mov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9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45C1556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pt-PT"/>
              </w:rPr>
              <w:t>Pergunta 3</w:t>
            </w:r>
          </w:p>
          <w:p w14:paraId="11E79CCC" w14:textId="1212E124" w:rsidR="008646D8" w:rsidRDefault="00F20221" w:rsidP="0036490C">
            <w:pPr>
              <w:spacing w:after="140" w:line="269" w:lineRule="auto"/>
              <w:rPr>
                <w:lang w:eastAsia="ja-JP"/>
              </w:rPr>
            </w:pPr>
            <w:r>
              <w:rPr>
                <w:color w:val="000000"/>
                <w:sz w:val="31"/>
                <w:lang w:val="pt-PT"/>
              </w:rPr>
              <w:t>Como passou a viver na comunidade? Alguém o ajudou ou lhe deu conselhos?</w:t>
            </w:r>
            <w:r>
              <w:rPr>
                <w:rFonts w:hint="eastAsia"/>
                <w:color w:val="000000"/>
                <w:sz w:val="31"/>
                <w:lang w:eastAsia="ja-JP" w:val="pt-PT"/>
              </w:rPr>
            </w:r>
          </w:p>
        </w:tc>
      </w:tr>
      <w:tr w:rsidR="008646D8" w14:paraId="7A323EE6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8160E0A" w14:textId="32394808" w:rsidR="008646D8" w:rsidRDefault="00EA5B0C" w:rsidP="00376F02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7CFF8E49" wp14:editId="73027AE1">
                  <wp:extent cx="2651760" cy="204564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compar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04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258C3E" w14:textId="69508EF6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pt-PT"/>
              </w:rPr>
              <w:t>Pergunta 4</w:t>
            </w:r>
          </w:p>
          <w:p w14:paraId="77DBE3FD" w14:textId="77777777" w:rsid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162EEE">
              <w:rPr>
                <w:rFonts w:asciiTheme="minorBidi" w:hAnsiTheme="minorBidi" w:cstheme="minorBidi"/>
                <w:sz w:val="28"/>
                <w:szCs w:val="28"/>
                <w:lang w:val="pt-PT"/>
              </w:rPr>
              <w:t>Quais são as diferenças entre a sua vida na instituição e a sua vida na comunidade?</w:t>
            </w:r>
          </w:p>
          <w:p w14:paraId="316B3DE5" w14:textId="5C73C601" w:rsidR="004E62C0" w:rsidRP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eastAsia"/>
                <w:sz w:val="28"/>
                <w:szCs w:val="28"/>
                <w:lang w:val="pt-PT"/>
              </w:rPr>
              <w:t>Vive a vida que quer? Que apoios recebe?</w:t>
            </w:r>
          </w:p>
        </w:tc>
      </w:tr>
      <w:tr w:rsidR="00376F02" w14:paraId="0DDAF643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C2F8907" w14:textId="71AFC3E4" w:rsidR="00376F02" w:rsidRDefault="00376F02">
            <w:pPr>
              <w:spacing w:after="0"/>
              <w:jc w:val="center"/>
              <w:rPr>
                <w:noProof/>
              </w:rPr>
            </w:pPr>
            <w:r>
              <w:rPr>
                <w:rFonts w:hint="eastAsia"/>
                <w:noProof/>
                <w:lang w:eastAsia="ja-JP" w:val="pt-PT"/>
              </w:rPr>
              <w:drawing>
                <wp:inline distT="0" distB="0" distL="0" distR="0" wp14:anchorId="7EFB046D" wp14:editId="7EE5BA83">
                  <wp:extent cx="2104433" cy="2104433"/>
                  <wp:effectExtent l="0" t="0" r="0" b="0"/>
                  <wp:docPr id="96703879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38799" name="図 9670387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27" cy="213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E0C64F" w14:textId="77777777" w:rsidR="00376F02" w:rsidRDefault="00376F02" w:rsidP="00376F02">
            <w:pPr>
              <w:spacing w:after="160" w:line="269" w:lineRule="auto"/>
              <w:rPr>
                <w:lang w:eastAsia="ja-JP"/>
              </w:rPr>
            </w:pPr>
            <w:r>
              <w:rPr>
                <w:b/>
                <w:color w:val="000000"/>
                <w:sz w:val="36"/>
                <w:lang w:val="pt-PT"/>
              </w:rPr>
              <w:t>Pergunta 5</w:t>
            </w:r>
            <w:r>
              <w:rPr>
                <w:rFonts w:hint="eastAsia"/>
                <w:b/>
                <w:color w:val="000000"/>
                <w:sz w:val="36"/>
                <w:lang w:eastAsia="ja-JP" w:val="pt-PT"/>
              </w:rPr>
            </w:r>
          </w:p>
          <w:p w14:paraId="5B760738" w14:textId="77777777" w:rsidR="00F20221" w:rsidRDefault="00F20221" w:rsidP="00F20221">
            <w:pPr>
              <w:spacing w:after="160" w:line="269" w:lineRule="auto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  <w:lang w:eastAsia="ja-JP" w:val="pt-PT"/>
              </w:rPr>
              <w:t>O que gostaria de dizer ao governo e à sociedade.</w:t>
            </w:r>
            <w:r w:rsidRPr="00162EEE">
              <w:rPr>
                <w:sz w:val="28"/>
                <w:szCs w:val="21"/>
                <w:lang w:val="pt-PT"/>
              </w:rPr>
            </w:r>
          </w:p>
          <w:p w14:paraId="06A89EA6" w14:textId="59FFC6A2" w:rsidR="00376F02" w:rsidRDefault="00F20221" w:rsidP="00F20221">
            <w:pPr>
              <w:spacing w:after="160" w:line="269" w:lineRule="auto"/>
              <w:rPr>
                <w:b/>
                <w:color w:val="000000"/>
                <w:sz w:val="36"/>
              </w:rPr>
            </w:pPr>
            <w:r>
              <w:rPr>
                <w:rFonts w:hint="eastAsia"/>
                <w:sz w:val="28"/>
                <w:szCs w:val="21"/>
                <w:lang w:eastAsia="ja-JP" w:val="pt-PT"/>
              </w:rPr>
              <w:t>Tem alguma mensagem para as pessoas que ainda vivem em instituições?</w:t>
            </w:r>
          </w:p>
        </w:tc>
      </w:tr>
    </w:tbl>
    <w:p w14:paraId="08D42B9C" w14:textId="645A3E5F" w:rsidR="00162EEE" w:rsidRDefault="00EA5B0C" w:rsidP="00162EEE">
      <w:pPr>
        <w:rPr>
          <w:lang w:eastAsia="ja-JP"/>
        </w:rPr>
      </w:pPr>
      <w:r>
        <w:rPr>
          <w:lang w:val="pt-PT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46BA56AF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1B0FC30C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pt-PT"/>
              </w:rPr>
              <w:t>Como gravar o vídeo</w:t>
            </w:r>
          </w:p>
        </w:tc>
      </w:tr>
    </w:tbl>
    <w:p w14:paraId="759C61AB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8646D8" w14:paraId="1FE67E8B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5BE5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41310D63" wp14:editId="11DB6E5A">
                  <wp:extent cx="2331720" cy="145021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F717D73" w14:textId="37AA0615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pt-PT"/>
              </w:rPr>
              <w:t>Se gravar com um telefone, por favor segure-o na horizontal.</w:t>
            </w:r>
          </w:p>
        </w:tc>
      </w:tr>
      <w:tr w:rsidR="008646D8" w14:paraId="4986D47C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8916533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2A252EF0" wp14:editId="6F868886">
                  <wp:extent cx="2057400" cy="16833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quie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8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CE4330A" w14:textId="0935AF80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pt-PT"/>
              </w:rPr>
              <w:t>Por favor, grave num lugar calmo, para que a sua voz se ouça bem.</w:t>
            </w:r>
          </w:p>
        </w:tc>
      </w:tr>
      <w:tr w:rsidR="008646D8" w14:paraId="6ADBA57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92685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173066A2" wp14:editId="36DE0255">
                  <wp:extent cx="1737360" cy="17983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ripo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BE4F6B" w14:textId="77777777" w:rsidR="009924BD" w:rsidRDefault="009924BD" w:rsidP="009924BD">
            <w:pPr>
              <w:spacing w:after="120" w:line="269" w:lineRule="auto"/>
            </w:pPr>
            <w:r>
              <w:rPr>
                <w:color w:val="000000"/>
                <w:sz w:val="29"/>
                <w:lang w:val="pt-PT"/>
              </w:rPr>
              <w:t>Por favor, mantenha a câmara o mais parada possível. Pode usar um tripé.</w:t>
            </w:r>
          </w:p>
          <w:p w14:paraId="45370585" w14:textId="0EF97D23" w:rsidR="008646D8" w:rsidRDefault="009924BD" w:rsidP="009924BD">
            <w:pPr>
              <w:spacing w:after="0" w:line="269" w:lineRule="auto"/>
            </w:pPr>
            <w:proofErr w:type="gramStart"/>
            <w:r>
              <w:rPr>
                <w:color w:val="000000"/>
                <w:sz w:val="29"/>
                <w:lang w:val="pt-PT"/>
              </w:rPr>
              <w:t>Ou peça a alguém para segurar a câmara por si.</w:t>
            </w:r>
            <w:proofErr w:type="gramEnd"/>
            <w:r>
              <w:rPr>
                <w:color w:val="000000"/>
                <w:sz w:val="29"/>
                <w:lang w:val="pt-PT"/>
              </w:rPr>
            </w:r>
          </w:p>
        </w:tc>
      </w:tr>
      <w:tr w:rsidR="008646D8" w14:paraId="34FF9A6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766CFF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7E0C5A88" wp14:editId="3AFA0393">
                  <wp:extent cx="2240280" cy="15796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al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57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E462B81" w14:textId="5EBD5742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pt-PT"/>
              </w:rPr>
              <w:t>Pode ser mais fácil falar se outra pessoa lhe fizer as perguntas, como numa conversa.</w:t>
            </w:r>
            <w:proofErr w:type="gramStart"/>
            <w:r>
              <w:rPr>
                <w:color w:val="000000"/>
                <w:sz w:val="29"/>
                <w:lang w:val="pt-PT"/>
              </w:rPr>
            </w:r>
            <w:proofErr w:type="gramEnd"/>
            <w:r>
              <w:rPr>
                <w:rFonts w:hint="eastAsia"/>
                <w:color w:val="000000"/>
                <w:sz w:val="29"/>
                <w:lang w:eastAsia="ja-JP" w:val="pt-PT"/>
              </w:rPr>
            </w:r>
            <w:r>
              <w:rPr>
                <w:color w:val="000000"/>
                <w:sz w:val="29"/>
                <w:lang w:val="pt-PT"/>
              </w:rPr>
            </w:r>
          </w:p>
        </w:tc>
      </w:tr>
    </w:tbl>
    <w:p w14:paraId="4CD23CA6" w14:textId="619AEBF6" w:rsidR="008646D8" w:rsidRDefault="008646D8" w:rsidP="00E705CE"/>
    <w:p w14:paraId="1000931A" w14:textId="77777777" w:rsidR="00E705CE" w:rsidRDefault="00E705CE" w:rsidP="00E705CE">
      <w:pPr>
        <w:spacing w:after="0" w:line="269" w:lineRule="auto"/>
        <w:jc w:val="center"/>
        <w:rPr>
          <w:color w:val="000000"/>
          <w:sz w:val="31"/>
        </w:rPr>
      </w:pPr>
      <w:r>
        <w:rPr>
          <w:color w:val="000000"/>
          <w:sz w:val="31"/>
          <w:lang w:val="pt-PT"/>
        </w:rPr>
        <w:t>Por favor, o vídeo deve ter no máximo 8 a 10 minutos.</w:t>
      </w:r>
    </w:p>
    <w:p w14:paraId="36FF2371" w14:textId="77777777" w:rsidR="00E705CE" w:rsidRPr="00E705CE" w:rsidRDefault="00E705CE" w:rsidP="00E705CE">
      <w:pPr>
        <w:rPr>
          <w:lang w:eastAsia="ja-JP"/>
        </w:rPr>
      </w:pPr>
    </w:p>
    <w:p w14:paraId="05F480DF" w14:textId="77777777" w:rsidR="00E705CE" w:rsidRDefault="00E705CE" w:rsidP="00E705CE">
      <w:pPr>
        <w:rPr>
          <w:lang w:eastAsia="ja-JP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600A4538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86D9C19" w14:textId="5A469F9B" w:rsidR="008646D8" w:rsidRPr="00AB7272" w:rsidRDefault="00AB7272">
            <w:pPr>
              <w:spacing w:after="0"/>
            </w:pPr>
            <w:r w:rsidRPr="00AB7272">
              <w:rPr>
                <w:b/>
                <w:bCs/>
                <w:sz w:val="44"/>
                <w:szCs w:val="36"/>
                <w:lang w:val="pt-PT"/>
              </w:rPr>
              <w:t>Como enviar o seu vídeo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pt-PT"/>
              </w:rPr>
            </w:r>
            <w:r w:rsidRPr="00AB7272">
              <w:rPr>
                <w:b/>
                <w:bCs/>
                <w:sz w:val="44"/>
                <w:szCs w:val="36"/>
                <w:lang w:val="pt-PT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pt-PT"/>
              </w:rPr>
            </w:r>
            <w:r w:rsidRPr="00AB7272">
              <w:rPr>
                <w:b/>
                <w:bCs/>
                <w:sz w:val="44"/>
                <w:szCs w:val="36"/>
                <w:lang w:val="pt-PT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pt-PT"/>
              </w:rPr>
            </w:r>
            <w:r w:rsidRPr="00AB7272">
              <w:rPr>
                <w:b/>
                <w:bCs/>
                <w:sz w:val="44"/>
                <w:szCs w:val="36"/>
                <w:lang w:val="pt-PT"/>
              </w:rPr>
            </w:r>
          </w:p>
        </w:tc>
      </w:tr>
    </w:tbl>
    <w:p w14:paraId="050E62E5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8646D8" w14:paraId="7874E4D8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2651FC2" w14:textId="77777777" w:rsidR="00DD13BF" w:rsidRDefault="00DD13BF" w:rsidP="00E705CE">
            <w:pPr>
              <w:spacing w:after="0"/>
              <w:rPr>
                <w:noProof/>
                <w:lang w:eastAsia="ja-JP"/>
              </w:rPr>
            </w:pPr>
          </w:p>
          <w:p w14:paraId="724E69CA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  <w:r>
              <w:rPr>
                <w:rFonts w:hint="eastAsia"/>
                <w:noProof/>
                <w:lang w:eastAsia="ja-JP" w:val="pt-PT"/>
              </w:rPr>
              <w:drawing>
                <wp:inline distT="0" distB="0" distL="0" distR="0" wp14:anchorId="4B4DE934" wp14:editId="752923EB">
                  <wp:extent cx="2092960" cy="1216025"/>
                  <wp:effectExtent l="0" t="0" r="2540" b="3175"/>
                  <wp:docPr id="331361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36155" name="図 3313615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98404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  <w:p w14:paraId="01F0BF5B" w14:textId="77777777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  <w:p w14:paraId="13F48DBD" w14:textId="32CBB0E4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5B1286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0" w:line="269" w:lineRule="auto"/>
              <w:rPr>
                <w:b/>
                <w:bCs/>
                <w:color w:val="000000"/>
                <w:sz w:val="31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31"/>
                <w:lang w:eastAsia="ja-JP" w:val="pt-PT"/>
              </w:rPr>
              <w:t>Google Drive</w:t>
            </w:r>
          </w:p>
          <w:p w14:paraId="0858400F" w14:textId="154E3E1A" w:rsidR="00DD13BF" w:rsidRPr="00E705CE" w:rsidRDefault="00E705CE" w:rsidP="00E705CE">
            <w:pPr>
              <w:spacing w:after="0" w:line="269" w:lineRule="auto"/>
              <w:rPr>
                <w:color w:val="000000"/>
                <w:sz w:val="31"/>
                <w:lang w:eastAsia="ja-JP"/>
              </w:rPr>
            </w:pPr>
            <w:r>
              <w:rPr>
                <w:lang w:val="pt-PT"/>
              </w:rPr>
              <w:t>Se tem uma conta Google, pode carregar o seu vídeo diretamente na pasta partilhada do Google Drive.</w:t>
            </w:r>
          </w:p>
          <w:p w14:paraId="19965C7C" w14:textId="5737762B" w:rsidR="00DD13BF" w:rsidRPr="00522A00" w:rsidRDefault="00C123F1">
            <w:pPr>
              <w:spacing w:after="0" w:line="269" w:lineRule="auto"/>
              <w:rPr>
                <w:color w:val="000000"/>
                <w:sz w:val="28"/>
                <w:szCs w:val="21"/>
                <w:lang w:eastAsia="ja-JP"/>
              </w:rPr>
            </w:pPr>
            <w:hyperlink r:id="rId23" w:history="1">
              <w:r w:rsidRPr="00522A00">
                <w:rPr>
                  <w:color w:val="0000FF"/>
                  <w:sz w:val="28"/>
                  <w:szCs w:val="21"/>
                  <w:u w:val="single"/>
                  <w:lang w:val="pt-PT"/>
                </w:rPr>
                <w:t>https://drive.google.com/drive/folders/1NJ9TTlEx0CuV-7JOHF0HsAzBpSlsh5Cv?usp=sharing</w:t>
              </w:r>
            </w:hyperlink>
          </w:p>
          <w:p w14:paraId="27EE3506" w14:textId="121E916D" w:rsidR="00E705CE" w:rsidRPr="00E705CE" w:rsidRDefault="00C123F1" w:rsidP="00E705CE">
            <w:pPr>
              <w:spacing w:after="0" w:line="269" w:lineRule="auto"/>
              <w:jc w:val="center"/>
              <w:rPr>
                <w:color w:val="000000"/>
                <w:sz w:val="31"/>
                <w:lang w:eastAsia="ja-JP"/>
              </w:rPr>
            </w:pPr>
            <w:r>
              <w:rPr>
                <w:noProof/>
                <w:color w:val="000000"/>
                <w:sz w:val="31"/>
                <w:lang w:eastAsia="ja-JP" w:val="pt-PT"/>
              </w:rPr>
              <w:drawing>
                <wp:inline distT="0" distB="0" distL="0" distR="0" wp14:anchorId="12373472" wp14:editId="07DF1F07">
                  <wp:extent cx="805022" cy="805022"/>
                  <wp:effectExtent l="0" t="0" r="0" b="0"/>
                  <wp:docPr id="761166876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166876" name="図 7611668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96" cy="81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7539EE37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2C4550" w14:textId="77777777" w:rsidR="008646D8" w:rsidRDefault="00EA5B0C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pt-PT"/>
              </w:rPr>
              <w:drawing>
                <wp:inline distT="0" distB="0" distL="0" distR="0" wp14:anchorId="0270DC26" wp14:editId="0B6D19D0">
                  <wp:extent cx="1336887" cy="1523531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887" cy="152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C1F1E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E9ECAE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100" w:line="269" w:lineRule="auto"/>
              <w:rPr>
                <w:b/>
                <w:bCs/>
                <w:color w:val="000000"/>
                <w:sz w:val="29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29"/>
                <w:lang w:eastAsia="ja-JP" w:val="pt-PT"/>
              </w:rPr>
              <w:t>WeTransfer</w:t>
            </w:r>
          </w:p>
          <w:p w14:paraId="3957E024" w14:textId="77777777" w:rsidR="00327EBA" w:rsidRPr="00327EBA" w:rsidRDefault="00327EBA" w:rsidP="00327EBA">
            <w:pPr>
              <w:pStyle w:val="pdq2pgselectionanchorcontainer"/>
              <w:rPr>
                <w:rFonts w:asciiTheme="minorBidi" w:hAnsiTheme="minorBidi" w:cstheme="minorBidi"/>
              </w:rPr>
            </w:pPr>
            <w:r w:rsidRPr="00327EBA">
              <w:rPr>
                <w:rFonts w:asciiTheme="minorBidi" w:hAnsiTheme="minorBidi" w:cstheme="minorBidi"/>
                <w:lang w:val="pt-PT"/>
              </w:rPr>
              <w:t>Também pode usar este serviço gratuito para enviar o seu vídeo.</w:t>
            </w:r>
          </w:p>
          <w:p w14:paraId="42F4FE67" w14:textId="77777777" w:rsidR="008646D8" w:rsidRDefault="00DD13BF">
            <w:pPr>
              <w:spacing w:after="0" w:line="269" w:lineRule="auto"/>
              <w:rPr>
                <w:color w:val="0563C1"/>
                <w:sz w:val="27"/>
              </w:rPr>
            </w:pPr>
            <w:hyperlink r:id="rId26" w:history="1">
              <w:r w:rsidRPr="00DD13BF">
                <w:rPr>
                  <w:rStyle w:val="aff"/>
                  <w:sz w:val="27"/>
                  <w:lang w:val="pt-PT"/>
                </w:rPr>
                <w:t>https://wetransfer.com/</w:t>
              </w:r>
            </w:hyperlink>
          </w:p>
          <w:p w14:paraId="7A56CD81" w14:textId="77777777" w:rsidR="006F20C1" w:rsidRPr="002D03CE" w:rsidRDefault="006F20C1" w:rsidP="006F20C1">
            <w:pPr>
              <w:pStyle w:val="pdq2pgselectionanchorcontainer"/>
              <w:jc w:val="right"/>
              <w:rPr>
                <w:rFonts w:asciiTheme="minorBidi" w:hAnsiTheme="minorBidi" w:cstheme="minorBidi"/>
                <w:sz w:val="22"/>
                <w:szCs w:val="22"/>
              </w:rPr>
            </w:pPr>
            <w:r w:rsidRPr="002D03CE">
              <w:rPr>
                <w:rFonts w:asciiTheme="minorBidi" w:hAnsiTheme="minorBidi" w:cstheme="minorBidi"/>
                <w:sz w:val="22"/>
                <w:szCs w:val="22"/>
                <w:lang w:val="pt-PT"/>
              </w:rPr>
              <w:t>Em [Email to], por favor escreva este endereço de e-mail:</w:t>
            </w:r>
            <w:r w:rsidRPr="002D03CE">
              <w:rPr>
                <w:rStyle w:val="af8"/>
                <w:rFonts w:asciiTheme="minorBidi" w:hAnsiTheme="minorBidi" w:cstheme="minorBidi"/>
                <w:sz w:val="22"/>
                <w:szCs w:val="22"/>
                <w:lang w:val="pt-PT"/>
              </w:rPr>
            </w:r>
            <w:r w:rsidRPr="002D03CE">
              <w:rPr>
                <w:rFonts w:asciiTheme="minorBidi" w:hAnsiTheme="minorBidi" w:cstheme="minorBidi"/>
                <w:sz w:val="22"/>
                <w:szCs w:val="22"/>
                <w:lang w:val="pt-PT"/>
              </w:rPr>
            </w:r>
          </w:p>
          <w:p w14:paraId="56811F61" w14:textId="665CA951" w:rsidR="006F20C1" w:rsidRDefault="002D03CE" w:rsidP="006F20C1">
            <w:pPr>
              <w:pStyle w:val="Web"/>
              <w:jc w:val="right"/>
              <w:rPr>
                <w:rStyle w:val="af8"/>
                <w:rFonts w:asciiTheme="minorBidi" w:hAnsiTheme="minorBidi" w:cstheme="minorBidi"/>
              </w:rPr>
            </w:pPr>
            <w:hyperlink r:id="rId27" w:history="1">
              <w:r w:rsidRPr="009D6798">
                <w:rPr>
                  <w:rStyle w:val="aff"/>
                  <w:rFonts w:asciiTheme="minorBidi" w:hAnsiTheme="minorBidi" w:cstheme="minorBidi"/>
                  <w:lang w:val="pt-PT"/>
                </w:rPr>
                <w:t>ailis.hardy@inclusion-international.org</w:t>
              </w:r>
            </w:hyperlink>
          </w:p>
          <w:p w14:paraId="46B3A7D2" w14:textId="523444A9" w:rsidR="002D03CE" w:rsidRPr="002D03CE" w:rsidRDefault="002D03CE" w:rsidP="006F20C1">
            <w:pPr>
              <w:pStyle w:val="Web"/>
              <w:jc w:val="right"/>
              <w:rPr>
                <w:rFonts w:asciiTheme="minorBidi" w:hAnsiTheme="minorBidi" w:cstheme="minorBidi"/>
              </w:rPr>
            </w:pPr>
          </w:p>
        </w:tc>
      </w:tr>
      <w:tr w:rsidR="008646D8" w14:paraId="3D633D40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74A665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0E7395D3" wp14:editId="49AC84E0">
                  <wp:extent cx="1487540" cy="14875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95" cy="149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9C1744C" w14:textId="1D975ADB" w:rsidR="00522A00" w:rsidRDefault="00522A00" w:rsidP="00AB7272">
            <w:pPr>
              <w:pStyle w:val="pdq2pgselectionanchorcontainer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522A00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lang w:val="pt-PT"/>
              </w:rPr>
              <w:t>Depois de enviar o seu vídeo</w:t>
            </w:r>
          </w:p>
          <w:p w14:paraId="7820589D" w14:textId="603A90C9" w:rsidR="008646D8" w:rsidRPr="002D03CE" w:rsidRDefault="00522A00" w:rsidP="00522A00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2D03CE">
              <w:rPr>
                <w:rFonts w:asciiTheme="minorBidi" w:hAnsiTheme="minorBidi" w:cstheme="minorBidi" w:hint="eastAsia"/>
                <w:sz w:val="28"/>
                <w:szCs w:val="28"/>
                <w:lang w:val="pt-PT"/>
              </w:rPr>
              <w:t>Por favor, preencha o Google Form para nos avisar.</w:t>
            </w:r>
            <w:r w:rsidRPr="002D03CE">
              <w:rPr>
                <w:rFonts w:asciiTheme="minorBidi" w:hAnsiTheme="minorBidi" w:cstheme="minorBidi"/>
                <w:sz w:val="28"/>
                <w:szCs w:val="28"/>
                <w:lang w:val="pt-PT"/>
              </w:rPr>
            </w:r>
          </w:p>
          <w:p w14:paraId="599F874A" w14:textId="77777777" w:rsidR="008646D8" w:rsidRDefault="00522A00">
            <w:pPr>
              <w:spacing w:after="0" w:line="269" w:lineRule="auto"/>
              <w:rPr>
                <w:b/>
                <w:color w:val="000000"/>
                <w:sz w:val="26"/>
              </w:rPr>
            </w:pPr>
            <w:hyperlink r:id="rId29" w:history="1">
              <w:r w:rsidRPr="00522A00">
                <w:rPr>
                  <w:rStyle w:val="aff"/>
                  <w:b/>
                  <w:sz w:val="26"/>
                  <w:lang w:val="pt-PT"/>
                </w:rPr>
                <w:t>https://forms.gle/4H8JDcrfD7QmVZg19</w:t>
              </w:r>
            </w:hyperlink>
          </w:p>
          <w:p w14:paraId="0BF47CC5" w14:textId="610FEA52" w:rsidR="00522A00" w:rsidRDefault="00522A00" w:rsidP="00522A00">
            <w:pPr>
              <w:spacing w:after="0" w:line="269" w:lineRule="auto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3A9D306B" wp14:editId="7426960A">
                  <wp:extent cx="848773" cy="848773"/>
                  <wp:effectExtent l="0" t="0" r="8890" b="8890"/>
                  <wp:docPr id="592164769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164769" name="図 59216476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54" cy="85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2C1E97BB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33196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pt-PT"/>
              </w:rPr>
              <w:drawing>
                <wp:inline distT="0" distB="0" distL="0" distR="0" wp14:anchorId="65ED981C" wp14:editId="698F0076">
                  <wp:extent cx="1373788" cy="137378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5_calendar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65" cy="13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058DCE2" w14:textId="77777777" w:rsidR="008646D8" w:rsidRDefault="00EA5B0C">
            <w:pPr>
              <w:spacing w:after="0" w:line="269" w:lineRule="auto"/>
            </w:pPr>
            <w:r>
              <w:rPr>
                <w:color w:val="000000"/>
                <w:lang w:val="pt-PT"/>
              </w:rPr>
              <w:t>O prazo para enviar é o fim de setembro de 2026.</w:t>
            </w:r>
          </w:p>
        </w:tc>
      </w:tr>
    </w:tbl>
    <w:p w14:paraId="2CAF9B4E" w14:textId="77777777" w:rsidR="000C2C7A" w:rsidRDefault="000C2C7A">
      <w:pPr>
        <w:rPr>
          <w:lang w:eastAsia="ja-JP"/>
        </w:rPr>
      </w:pPr>
    </w:p>
    <w:sectPr w:rsidR="000C2C7A" w:rsidSect="00034616">
      <w:footerReference w:type="default" r:id="rId32"/>
      <w:pgSz w:w="12240" w:h="15840"/>
      <w:pgMar w:top="648" w:right="792" w:bottom="648" w:left="79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DFAE" w14:textId="77777777" w:rsidR="00EA5B0C" w:rsidRDefault="00EA5B0C">
      <w:pPr>
        <w:spacing w:after="0" w:line="240" w:lineRule="auto"/>
      </w:pPr>
      <w:r>
        <w:separator/>
      </w:r>
    </w:p>
  </w:endnote>
  <w:endnote w:type="continuationSeparator" w:id="0">
    <w:p w14:paraId="58206EE9" w14:textId="77777777" w:rsidR="00EA5B0C" w:rsidRDefault="00EA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D1E1" w14:textId="77777777" w:rsidR="008646D8" w:rsidRDefault="00EA5B0C">
    <w:pPr>
      <w:pStyle w:val="a7"/>
      <w:jc w:val="right"/>
    </w:pPr>
    <w:r>
      <w:rPr>
        <w:color w:val="000000"/>
        <w:sz w:val="22"/>
      </w:rPr>
      <w:fldChar w:fldCharType="begin"/>
    </w:r>
    <w:r>
      <w:rPr>
        <w:color w:val="000000"/>
        <w:sz w:val="22"/>
      </w:rPr>
      <w:instrText xml:space="preserve"> PAGE </w:instrText>
    </w:r>
    <w:r>
      <w:rPr>
        <w:color w:val="000000"/>
        <w:sz w:val="22"/>
      </w:rPr>
      <w:fldChar w:fldCharType="separate"/>
    </w:r>
    <w:r w:rsidR="000B5058">
      <w:rPr>
        <w:noProof/>
        <w:color w:val="000000"/>
        <w:sz w:val="22"/>
      </w:rPr>
      <w:t>1</w:t>
    </w:r>
    <w:r>
      <w:rPr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FEC2" w14:textId="77777777" w:rsidR="00EA5B0C" w:rsidRDefault="00EA5B0C">
      <w:pPr>
        <w:spacing w:after="0" w:line="240" w:lineRule="auto"/>
      </w:pPr>
      <w:r>
        <w:separator/>
      </w:r>
    </w:p>
  </w:footnote>
  <w:footnote w:type="continuationSeparator" w:id="0">
    <w:p w14:paraId="6D2A9D7D" w14:textId="77777777" w:rsidR="00EA5B0C" w:rsidRDefault="00EA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A67B5"/>
    <w:multiLevelType w:val="hybridMultilevel"/>
    <w:tmpl w:val="7136AA06"/>
    <w:lvl w:ilvl="0" w:tplc="F58ED6DC">
      <w:start w:val="1"/>
      <w:numFmt w:val="decimal"/>
      <w:lvlText w:val="%1-"/>
      <w:lvlJc w:val="left"/>
      <w:pPr>
        <w:ind w:left="360" w:hanging="360"/>
      </w:pPr>
      <w:rPr>
        <w:rFonts w:hint="default"/>
        <w:color w:val="auto"/>
        <w:sz w:val="3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F0A2176"/>
    <w:multiLevelType w:val="hybridMultilevel"/>
    <w:tmpl w:val="9B2E9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53E35"/>
    <w:multiLevelType w:val="hybridMultilevel"/>
    <w:tmpl w:val="91F27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41973">
    <w:abstractNumId w:val="8"/>
  </w:num>
  <w:num w:numId="2" w16cid:durableId="609045235">
    <w:abstractNumId w:val="6"/>
  </w:num>
  <w:num w:numId="3" w16cid:durableId="1208831744">
    <w:abstractNumId w:val="5"/>
  </w:num>
  <w:num w:numId="4" w16cid:durableId="1891451843">
    <w:abstractNumId w:val="4"/>
  </w:num>
  <w:num w:numId="5" w16cid:durableId="300884017">
    <w:abstractNumId w:val="7"/>
  </w:num>
  <w:num w:numId="6" w16cid:durableId="1586180838">
    <w:abstractNumId w:val="3"/>
  </w:num>
  <w:num w:numId="7" w16cid:durableId="1486971323">
    <w:abstractNumId w:val="2"/>
  </w:num>
  <w:num w:numId="8" w16cid:durableId="256252240">
    <w:abstractNumId w:val="1"/>
  </w:num>
  <w:num w:numId="9" w16cid:durableId="1740861385">
    <w:abstractNumId w:val="0"/>
  </w:num>
  <w:num w:numId="10" w16cid:durableId="1515875745">
    <w:abstractNumId w:val="9"/>
  </w:num>
  <w:num w:numId="11" w16cid:durableId="1868257313">
    <w:abstractNumId w:val="10"/>
  </w:num>
  <w:num w:numId="12" w16cid:durableId="117604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B"/>
    <w:rsid w:val="00034616"/>
    <w:rsid w:val="0006063C"/>
    <w:rsid w:val="000B5058"/>
    <w:rsid w:val="000B532D"/>
    <w:rsid w:val="000C2C7A"/>
    <w:rsid w:val="000D1DA8"/>
    <w:rsid w:val="0015074B"/>
    <w:rsid w:val="00162EEE"/>
    <w:rsid w:val="001D32B2"/>
    <w:rsid w:val="00226202"/>
    <w:rsid w:val="0029639D"/>
    <w:rsid w:val="002D03CE"/>
    <w:rsid w:val="00326F90"/>
    <w:rsid w:val="00327EBA"/>
    <w:rsid w:val="0036490C"/>
    <w:rsid w:val="00376F02"/>
    <w:rsid w:val="003B6DB7"/>
    <w:rsid w:val="004E62C0"/>
    <w:rsid w:val="00522A00"/>
    <w:rsid w:val="005B6465"/>
    <w:rsid w:val="005C454E"/>
    <w:rsid w:val="006F20C1"/>
    <w:rsid w:val="00762DE0"/>
    <w:rsid w:val="0079280E"/>
    <w:rsid w:val="0082106B"/>
    <w:rsid w:val="008646D8"/>
    <w:rsid w:val="008E163B"/>
    <w:rsid w:val="00904500"/>
    <w:rsid w:val="009924BD"/>
    <w:rsid w:val="00AA1D8D"/>
    <w:rsid w:val="00AB7272"/>
    <w:rsid w:val="00B47730"/>
    <w:rsid w:val="00C123F1"/>
    <w:rsid w:val="00C311D4"/>
    <w:rsid w:val="00CB0664"/>
    <w:rsid w:val="00D859A9"/>
    <w:rsid w:val="00D9531F"/>
    <w:rsid w:val="00DD13BF"/>
    <w:rsid w:val="00E705CE"/>
    <w:rsid w:val="00E71C31"/>
    <w:rsid w:val="00EA5B0C"/>
    <w:rsid w:val="00F20221"/>
    <w:rsid w:val="00F94C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CF908"/>
  <w14:defaultImageDpi w14:val="300"/>
  <w15:docId w15:val="{B6170140-EEF7-4F09-93E3-8E780140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asyBullet">
    <w:name w:val="Easy Bullet"/>
    <w:pPr>
      <w:spacing w:after="60"/>
      <w:ind w:left="317" w:hanging="173"/>
    </w:pPr>
    <w:rPr>
      <w:rFonts w:ascii="Arial" w:hAnsi="Arial"/>
      <w:sz w:val="29"/>
    </w:rPr>
  </w:style>
  <w:style w:type="character" w:styleId="aff">
    <w:name w:val="Hyperlink"/>
    <w:basedOn w:val="a2"/>
    <w:uiPriority w:val="99"/>
    <w:unhideWhenUsed/>
    <w:rsid w:val="00DD13B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DD13B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E705C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Web">
    <w:name w:val="Normal (Web)"/>
    <w:basedOn w:val="a1"/>
    <w:uiPriority w:val="99"/>
    <w:unhideWhenUsed/>
    <w:rsid w:val="00162EE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1">
    <w:name w:val="FollowedHyperlink"/>
    <w:basedOn w:val="a2"/>
    <w:uiPriority w:val="99"/>
    <w:semiHidden/>
    <w:unhideWhenUsed/>
    <w:rsid w:val="00E71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wetransfer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forms.gle/4H8JDcrfD7QmVZg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rive.google.com/drive/folders/1NJ9TTlEx0CuV-7JOHF0HsAzBpSlsh5Cv?usp=sharing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mailto:ailis.hardy@inclusion-international.org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創思苑 パンジー</cp:lastModifiedBy>
  <cp:revision>2</cp:revision>
  <cp:lastPrinted>2026-08-27T00:46:00Z</cp:lastPrinted>
  <dcterms:created xsi:type="dcterms:W3CDTF">2026-08-27T13:34:00Z</dcterms:created>
  <dcterms:modified xsi:type="dcterms:W3CDTF">2026-08-27T13:34:00Z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c716f953-9155-4815-8b6e-c5589dc84368</vt:lpwstr>
  </property>
</Properties>
</file>