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3BDB3A2D" w14:textId="77777777" w:rsidTr="00904500">
        <w:trPr>
          <w:trHeight w:val="726"/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044DE873" w14:textId="4CA62C7E" w:rsidR="008646D8" w:rsidRPr="00762DE0" w:rsidRDefault="00762DE0" w:rsidP="000B5058">
            <w:pPr>
              <w:spacing w:before="240" w:after="240" w:line="360" w:lineRule="auto"/>
              <w:jc w:val="center"/>
              <w:rPr>
                <w:rFonts w:cs="Arial"/>
                <w:b/>
                <w:bCs/>
                <w:sz w:val="32"/>
                <w:szCs w:val="32"/>
                <w:lang w:val="en-GB" w:eastAsia="ja-JP"/>
              </w:rPr>
            </w:pPr>
            <w:r w:rsidRPr="00762DE0">
              <w:rPr>
                <w:b/>
                <w:bCs/>
                <w:sz w:val="44"/>
                <w:szCs w:val="36"/>
              </w:rPr>
              <w:t>Survivors, please make a video and send it to us</w:t>
            </w:r>
          </w:p>
        </w:tc>
      </w:tr>
    </w:tbl>
    <w:p w14:paraId="6453A53D" w14:textId="3F3FB86C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816"/>
        <w:gridCol w:w="6264"/>
      </w:tblGrid>
      <w:tr w:rsidR="008646D8" w14:paraId="54A8613B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4D8B5FF" w14:textId="6D870F03" w:rsidR="00E71C31" w:rsidRDefault="001D32B2" w:rsidP="00E71C31">
            <w:pPr>
              <w:spacing w:after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B8F91AD" wp14:editId="51EBB6DB">
                  <wp:simplePos x="0" y="0"/>
                  <wp:positionH relativeFrom="column">
                    <wp:posOffset>-488950</wp:posOffset>
                  </wp:positionH>
                  <wp:positionV relativeFrom="paragraph">
                    <wp:posOffset>-1931035</wp:posOffset>
                  </wp:positionV>
                  <wp:extent cx="2047875" cy="2171700"/>
                  <wp:effectExtent l="0" t="0" r="9525" b="0"/>
                  <wp:wrapThrough wrapText="bothSides">
                    <wp:wrapPolygon edited="0">
                      <wp:start x="0" y="0"/>
                      <wp:lineTo x="0" y="21411"/>
                      <wp:lineTo x="21500" y="21411"/>
                      <wp:lineTo x="21500" y="0"/>
                      <wp:lineTo x="0" y="0"/>
                    </wp:wrapPolygon>
                  </wp:wrapThrough>
                  <wp:docPr id="2937963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2C58130" w14:textId="339B4C31" w:rsidR="00E71C31" w:rsidRDefault="00E71C31" w:rsidP="00E71C31">
            <w:pPr>
              <w:spacing w:after="0"/>
              <w:jc w:val="center"/>
            </w:pPr>
          </w:p>
          <w:p w14:paraId="0933A7BE" w14:textId="443D4137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04550A1" wp14:editId="10CAB113">
                  <wp:simplePos x="0" y="0"/>
                  <wp:positionH relativeFrom="column">
                    <wp:posOffset>123190</wp:posOffset>
                  </wp:positionH>
                  <wp:positionV relativeFrom="paragraph">
                    <wp:posOffset>153035</wp:posOffset>
                  </wp:positionV>
                  <wp:extent cx="1692275" cy="3886200"/>
                  <wp:effectExtent l="0" t="0" r="3175" b="0"/>
                  <wp:wrapNone/>
                  <wp:docPr id="3116872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687288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2275" cy="388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A1FDF0E" w14:textId="001FBEA8" w:rsidR="00E71C31" w:rsidRDefault="00E71C31" w:rsidP="00E71C31">
            <w:pPr>
              <w:spacing w:after="0"/>
              <w:jc w:val="center"/>
            </w:pPr>
          </w:p>
          <w:p w14:paraId="7EAA0B03" w14:textId="0D162BD1" w:rsidR="00E71C31" w:rsidRDefault="00E71C31" w:rsidP="00E71C31">
            <w:pPr>
              <w:spacing w:after="0"/>
              <w:jc w:val="center"/>
            </w:pPr>
          </w:p>
          <w:p w14:paraId="22E79F63" w14:textId="63BC2751" w:rsidR="00E71C31" w:rsidRDefault="00E71C31" w:rsidP="00E71C31">
            <w:pPr>
              <w:spacing w:after="0"/>
              <w:jc w:val="center"/>
            </w:pPr>
          </w:p>
          <w:p w14:paraId="18E0811B" w14:textId="3DAF5D3D" w:rsidR="00E71C31" w:rsidRDefault="00E71C31" w:rsidP="00E71C31">
            <w:pPr>
              <w:spacing w:after="0"/>
              <w:jc w:val="center"/>
            </w:pPr>
          </w:p>
          <w:p w14:paraId="75B86F48" w14:textId="048319E7" w:rsidR="00E71C31" w:rsidRDefault="00E71C31" w:rsidP="00E71C31">
            <w:pPr>
              <w:spacing w:after="0"/>
              <w:jc w:val="center"/>
            </w:pPr>
          </w:p>
          <w:p w14:paraId="5F8F116E" w14:textId="2D1F5482" w:rsidR="00E71C31" w:rsidRDefault="00E71C31" w:rsidP="00E71C31">
            <w:pPr>
              <w:spacing w:after="0"/>
              <w:jc w:val="center"/>
            </w:pPr>
          </w:p>
          <w:p w14:paraId="29BC7152" w14:textId="6D0B80B1" w:rsidR="00E71C31" w:rsidRDefault="00E71C31" w:rsidP="00E71C31">
            <w:pPr>
              <w:spacing w:after="0"/>
              <w:jc w:val="center"/>
            </w:pPr>
          </w:p>
          <w:p w14:paraId="608A114A" w14:textId="77777777" w:rsidR="00E71C31" w:rsidRDefault="00E71C31" w:rsidP="00E71C31">
            <w:pPr>
              <w:spacing w:after="0"/>
              <w:jc w:val="center"/>
            </w:pPr>
          </w:p>
          <w:p w14:paraId="6DA24F05" w14:textId="5D4F813E" w:rsidR="00E71C31" w:rsidRDefault="00E71C31" w:rsidP="00E71C31">
            <w:pPr>
              <w:spacing w:after="0"/>
              <w:jc w:val="center"/>
            </w:pPr>
          </w:p>
          <w:p w14:paraId="4FB4A227" w14:textId="799CE67E" w:rsidR="00E71C31" w:rsidRDefault="00E71C31" w:rsidP="00E71C31">
            <w:pPr>
              <w:spacing w:after="0"/>
              <w:jc w:val="center"/>
            </w:pPr>
          </w:p>
          <w:p w14:paraId="04BCA565" w14:textId="77777777" w:rsidR="00E71C31" w:rsidRDefault="00E71C31" w:rsidP="00E71C31">
            <w:pPr>
              <w:spacing w:after="0"/>
              <w:jc w:val="center"/>
            </w:pPr>
          </w:p>
          <w:p w14:paraId="2F91E668" w14:textId="77777777" w:rsidR="00E71C31" w:rsidRDefault="00E71C31" w:rsidP="00E71C31">
            <w:pPr>
              <w:spacing w:after="0"/>
              <w:jc w:val="center"/>
            </w:pPr>
          </w:p>
          <w:p w14:paraId="540FD3CF" w14:textId="77777777" w:rsidR="00E71C31" w:rsidRDefault="00E71C31" w:rsidP="00E71C31">
            <w:pPr>
              <w:spacing w:after="0"/>
              <w:jc w:val="center"/>
            </w:pPr>
          </w:p>
          <w:p w14:paraId="197CDD1C" w14:textId="77777777" w:rsidR="00E71C31" w:rsidRDefault="00E71C31" w:rsidP="00E71C31">
            <w:pPr>
              <w:spacing w:after="0"/>
              <w:jc w:val="center"/>
            </w:pPr>
          </w:p>
          <w:p w14:paraId="086ADD1E" w14:textId="77777777" w:rsidR="00E71C31" w:rsidRDefault="00E71C31" w:rsidP="00E71C31">
            <w:pPr>
              <w:spacing w:after="0"/>
              <w:jc w:val="center"/>
            </w:pPr>
          </w:p>
          <w:p w14:paraId="61A325DF" w14:textId="77777777" w:rsidR="00E71C31" w:rsidRDefault="00E71C31" w:rsidP="00E71C31">
            <w:pPr>
              <w:spacing w:after="0"/>
              <w:jc w:val="center"/>
            </w:pPr>
          </w:p>
          <w:p w14:paraId="14CA00D4" w14:textId="77777777" w:rsidR="00E71C31" w:rsidRDefault="00E71C31" w:rsidP="00E71C31">
            <w:pPr>
              <w:spacing w:after="0"/>
              <w:jc w:val="center"/>
            </w:pPr>
          </w:p>
          <w:p w14:paraId="0A54F891" w14:textId="77777777" w:rsidR="00E71C31" w:rsidRDefault="00E71C31" w:rsidP="00E71C31">
            <w:pPr>
              <w:spacing w:after="0"/>
              <w:jc w:val="center"/>
            </w:pPr>
          </w:p>
          <w:p w14:paraId="7477C3AA" w14:textId="77777777" w:rsidR="00E71C31" w:rsidRDefault="00E71C31" w:rsidP="00E71C31">
            <w:pPr>
              <w:spacing w:after="0"/>
              <w:jc w:val="center"/>
            </w:pPr>
          </w:p>
          <w:p w14:paraId="03B9F1D0" w14:textId="54C1F9AC" w:rsidR="00E71C31" w:rsidRDefault="001D32B2" w:rsidP="00E71C31">
            <w:pPr>
              <w:spacing w:after="0"/>
              <w:jc w:val="center"/>
            </w:pPr>
            <w:r w:rsidRPr="001D32B2"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3F4BE59" wp14:editId="665FBFBE">
                  <wp:simplePos x="0" y="0"/>
                  <wp:positionH relativeFrom="column">
                    <wp:posOffset>-98425</wp:posOffset>
                  </wp:positionH>
                  <wp:positionV relativeFrom="paragraph">
                    <wp:posOffset>20955</wp:posOffset>
                  </wp:positionV>
                  <wp:extent cx="2019300" cy="2774315"/>
                  <wp:effectExtent l="0" t="0" r="0" b="6985"/>
                  <wp:wrapNone/>
                  <wp:docPr id="6898547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85474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277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9E9AD1" w14:textId="77777777" w:rsidR="00E71C31" w:rsidRDefault="00E71C31" w:rsidP="00E71C31">
            <w:pPr>
              <w:spacing w:after="0"/>
              <w:jc w:val="center"/>
            </w:pPr>
          </w:p>
          <w:p w14:paraId="43EBF4CB" w14:textId="77777777" w:rsidR="00E71C31" w:rsidRDefault="00E71C31" w:rsidP="00E71C31">
            <w:pPr>
              <w:spacing w:after="0"/>
              <w:jc w:val="center"/>
            </w:pPr>
          </w:p>
          <w:p w14:paraId="78607E18" w14:textId="77777777" w:rsidR="00E71C31" w:rsidRDefault="00E71C31" w:rsidP="00E71C31">
            <w:pPr>
              <w:spacing w:after="0"/>
              <w:jc w:val="center"/>
            </w:pPr>
          </w:p>
          <w:p w14:paraId="2803A754" w14:textId="77777777" w:rsidR="00E71C31" w:rsidRDefault="00E71C31" w:rsidP="00E71C31">
            <w:pPr>
              <w:spacing w:after="0"/>
              <w:jc w:val="center"/>
            </w:pPr>
          </w:p>
          <w:p w14:paraId="7018A41E" w14:textId="77777777" w:rsidR="00E71C31" w:rsidRDefault="00E71C31" w:rsidP="00E71C31">
            <w:pPr>
              <w:spacing w:after="0"/>
              <w:jc w:val="center"/>
            </w:pPr>
          </w:p>
          <w:p w14:paraId="15BBEBEC" w14:textId="77777777" w:rsidR="00E71C31" w:rsidRDefault="00E71C31" w:rsidP="00E71C31">
            <w:pPr>
              <w:spacing w:after="0"/>
              <w:jc w:val="center"/>
            </w:pPr>
          </w:p>
          <w:p w14:paraId="41AE072F" w14:textId="77777777" w:rsidR="00E71C31" w:rsidRDefault="00E71C31" w:rsidP="00E71C31">
            <w:pPr>
              <w:spacing w:after="0"/>
              <w:jc w:val="center"/>
            </w:pPr>
          </w:p>
          <w:p w14:paraId="2AC5790B" w14:textId="77777777" w:rsidR="00E71C31" w:rsidRDefault="00E71C31" w:rsidP="00E71C31">
            <w:pPr>
              <w:spacing w:after="0"/>
              <w:jc w:val="center"/>
            </w:pPr>
          </w:p>
          <w:p w14:paraId="3B6A15E6" w14:textId="77777777" w:rsidR="00E71C31" w:rsidRDefault="00E71C31" w:rsidP="00E71C31">
            <w:pPr>
              <w:spacing w:after="0"/>
              <w:jc w:val="center"/>
            </w:pPr>
          </w:p>
          <w:p w14:paraId="24405CD0" w14:textId="77777777" w:rsidR="00E71C31" w:rsidRDefault="00E71C31" w:rsidP="00E71C31">
            <w:pPr>
              <w:spacing w:after="0"/>
              <w:jc w:val="center"/>
            </w:pPr>
          </w:p>
          <w:p w14:paraId="1F9761C0" w14:textId="77777777" w:rsidR="00E71C31" w:rsidRDefault="00E71C31" w:rsidP="00E71C31">
            <w:pPr>
              <w:spacing w:after="0"/>
              <w:jc w:val="center"/>
            </w:pPr>
          </w:p>
          <w:p w14:paraId="77F70DA4" w14:textId="54356603" w:rsidR="00E71C31" w:rsidRDefault="00EA5B0C" w:rsidP="00E71C31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7E5C5EB" wp14:editId="74E6A641">
                  <wp:extent cx="2240280" cy="193753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cam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9375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505BCCC" w14:textId="6F341370" w:rsidR="00F94CEF" w:rsidRDefault="00F94CEF">
            <w:pPr>
              <w:spacing w:after="0" w:line="269" w:lineRule="auto"/>
            </w:pPr>
            <w:r>
              <w:lastRenderedPageBreak/>
              <w:t>My name is Chiaki</w:t>
            </w:r>
            <w:r w:rsidR="0082106B">
              <w:t xml:space="preserve"> </w:t>
            </w:r>
            <w:r w:rsidR="0082106B" w:rsidRPr="0082106B">
              <w:t>Nakayama</w:t>
            </w:r>
            <w:r>
              <w:t xml:space="preserve">. </w:t>
            </w:r>
          </w:p>
          <w:p w14:paraId="1D126144" w14:textId="77777777" w:rsidR="00F94CEF" w:rsidRDefault="00F94CEF">
            <w:pPr>
              <w:spacing w:after="0" w:line="269" w:lineRule="auto"/>
            </w:pPr>
          </w:p>
          <w:p w14:paraId="021BF787" w14:textId="2385EE7E" w:rsidR="00F94CEF" w:rsidRDefault="00F94CEF">
            <w:pPr>
              <w:spacing w:after="0" w:line="269" w:lineRule="auto"/>
            </w:pPr>
            <w:r>
              <w:t xml:space="preserve">I am a self-advocate from Japan and a survivor of institutions. </w:t>
            </w:r>
          </w:p>
          <w:p w14:paraId="76FA56CA" w14:textId="77777777" w:rsidR="00F94CEF" w:rsidRDefault="00F94CEF">
            <w:pPr>
              <w:spacing w:after="0" w:line="269" w:lineRule="auto"/>
            </w:pPr>
          </w:p>
          <w:p w14:paraId="5A46974B" w14:textId="77806DEB" w:rsidR="00F94CEF" w:rsidRDefault="00E71C31">
            <w:pPr>
              <w:spacing w:after="0" w:line="269" w:lineRule="auto"/>
            </w:pPr>
            <w:r w:rsidRPr="00E71C31">
              <w:t xml:space="preserve">Inclusion International </w:t>
            </w:r>
            <w:r>
              <w:t xml:space="preserve">has a </w:t>
            </w:r>
            <w:r w:rsidRPr="00E71C31">
              <w:t xml:space="preserve">global network for survivors of institutions. </w:t>
            </w:r>
          </w:p>
          <w:p w14:paraId="31720184" w14:textId="77777777" w:rsidR="00F94CEF" w:rsidRDefault="00F94CEF">
            <w:pPr>
              <w:spacing w:after="0" w:line="269" w:lineRule="auto"/>
            </w:pPr>
          </w:p>
          <w:p w14:paraId="29DA5BFC" w14:textId="61270830" w:rsidR="00E71C31" w:rsidRDefault="00E71C31">
            <w:pPr>
              <w:spacing w:after="0" w:line="269" w:lineRule="auto"/>
            </w:pPr>
            <w:r w:rsidRPr="00E71C31">
              <w:t xml:space="preserve">This </w:t>
            </w:r>
            <w:r>
              <w:t xml:space="preserve">group is </w:t>
            </w:r>
            <w:r w:rsidRPr="00E71C31">
              <w:t xml:space="preserve">called the Survivors Network. </w:t>
            </w:r>
          </w:p>
          <w:p w14:paraId="49EBBCD8" w14:textId="34E49AD7" w:rsidR="00F94CEF" w:rsidRDefault="00F94CEF">
            <w:pPr>
              <w:spacing w:after="0" w:line="269" w:lineRule="auto"/>
            </w:pPr>
          </w:p>
          <w:p w14:paraId="0B423F26" w14:textId="451E3C51" w:rsidR="00F94CEF" w:rsidRDefault="00F94CEF">
            <w:pPr>
              <w:spacing w:after="0" w:line="269" w:lineRule="auto"/>
            </w:pPr>
            <w:r>
              <w:t xml:space="preserve">I am the chair of the Survivors Network. </w:t>
            </w:r>
          </w:p>
          <w:p w14:paraId="0479F73C" w14:textId="77777777" w:rsidR="00E71C31" w:rsidRDefault="00E71C31">
            <w:pPr>
              <w:spacing w:after="0" w:line="269" w:lineRule="auto"/>
            </w:pPr>
          </w:p>
          <w:p w14:paraId="70D9DCE8" w14:textId="3D3C58D3" w:rsidR="00E71C31" w:rsidRDefault="00E71C31" w:rsidP="00E71C31">
            <w:pPr>
              <w:spacing w:after="0" w:line="269" w:lineRule="auto"/>
            </w:pPr>
            <w:r w:rsidRPr="00E71C31">
              <w:t>An institution is any place where</w:t>
            </w:r>
            <w:r>
              <w:t xml:space="preserve"> </w:t>
            </w:r>
            <w:r w:rsidRPr="00E71C31">
              <w:t>people with disabilities</w:t>
            </w:r>
            <w:r>
              <w:t xml:space="preserve">: </w:t>
            </w:r>
          </w:p>
          <w:p w14:paraId="6294F771" w14:textId="45E2DD8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t>are separated from the community.</w:t>
            </w:r>
          </w:p>
          <w:p w14:paraId="4FFE78C9" w14:textId="3A40CA12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 w:rsidRPr="00E71C31">
              <w:t xml:space="preserve">do not have control over their lives and the day-to-day decisions like who cares for them and what they do with their time. </w:t>
            </w:r>
          </w:p>
          <w:p w14:paraId="57E1E58E" w14:textId="72B682CE" w:rsidR="00E71C31" w:rsidRDefault="00E71C31" w:rsidP="00E71C31">
            <w:pPr>
              <w:pStyle w:val="ae"/>
              <w:numPr>
                <w:ilvl w:val="0"/>
                <w:numId w:val="11"/>
              </w:numPr>
              <w:spacing w:after="0" w:line="269" w:lineRule="auto"/>
            </w:pPr>
            <w:r>
              <w:t>do not have their rights respected</w:t>
            </w:r>
          </w:p>
          <w:p w14:paraId="3D8C5554" w14:textId="77777777" w:rsidR="00E71C31" w:rsidRDefault="00E71C31">
            <w:pPr>
              <w:spacing w:after="0" w:line="269" w:lineRule="auto"/>
            </w:pPr>
          </w:p>
          <w:p w14:paraId="062391DA" w14:textId="77777777" w:rsidR="00F94CEF" w:rsidRDefault="00E71C31">
            <w:pPr>
              <w:spacing w:after="0" w:line="269" w:lineRule="auto"/>
            </w:pPr>
            <w:r w:rsidRPr="00E71C31">
              <w:t xml:space="preserve">An institution can be large when many people live together in the same place. </w:t>
            </w:r>
          </w:p>
          <w:p w14:paraId="770034A4" w14:textId="77777777" w:rsidR="00F94CEF" w:rsidRDefault="00F94CEF">
            <w:pPr>
              <w:spacing w:after="0" w:line="269" w:lineRule="auto"/>
            </w:pPr>
          </w:p>
          <w:p w14:paraId="6A3367CD" w14:textId="77777777" w:rsidR="00F94CEF" w:rsidRDefault="00E71C31">
            <w:pPr>
              <w:spacing w:after="0" w:line="269" w:lineRule="auto"/>
            </w:pPr>
            <w:r w:rsidRPr="00E71C31">
              <w:t>Or small with only a few people.</w:t>
            </w:r>
          </w:p>
          <w:p w14:paraId="2446E677" w14:textId="77777777" w:rsidR="00F94CEF" w:rsidRDefault="00F94CEF">
            <w:pPr>
              <w:spacing w:after="0" w:line="269" w:lineRule="auto"/>
            </w:pPr>
          </w:p>
          <w:p w14:paraId="6CB58205" w14:textId="512219DC" w:rsidR="00E71C31" w:rsidRDefault="00E71C31">
            <w:pPr>
              <w:spacing w:after="0" w:line="269" w:lineRule="auto"/>
            </w:pPr>
            <w:r w:rsidRPr="00E71C31">
              <w:t xml:space="preserve"> Institutions can have many different names</w:t>
            </w:r>
            <w:r>
              <w:t xml:space="preserve">. </w:t>
            </w:r>
          </w:p>
          <w:p w14:paraId="50A7FEFB" w14:textId="77777777" w:rsidR="00E71C31" w:rsidRDefault="00E71C31">
            <w:pPr>
              <w:spacing w:after="0" w:line="269" w:lineRule="auto"/>
            </w:pPr>
          </w:p>
          <w:p w14:paraId="2CFC9CEC" w14:textId="77777777" w:rsidR="001D32B2" w:rsidRDefault="001D32B2">
            <w:pPr>
              <w:spacing w:after="0" w:line="269" w:lineRule="auto"/>
            </w:pPr>
          </w:p>
          <w:p w14:paraId="569BAF5F" w14:textId="77777777" w:rsidR="001D32B2" w:rsidRDefault="001D32B2">
            <w:pPr>
              <w:spacing w:after="0" w:line="269" w:lineRule="auto"/>
            </w:pPr>
          </w:p>
          <w:p w14:paraId="7A8DB466" w14:textId="77777777" w:rsidR="001D32B2" w:rsidRDefault="001D32B2">
            <w:pPr>
              <w:spacing w:after="0" w:line="269" w:lineRule="auto"/>
            </w:pPr>
          </w:p>
          <w:p w14:paraId="497958CF" w14:textId="77777777" w:rsidR="001D32B2" w:rsidRDefault="001D32B2">
            <w:pPr>
              <w:spacing w:after="0" w:line="269" w:lineRule="auto"/>
            </w:pPr>
          </w:p>
          <w:p w14:paraId="6E7E27F6" w14:textId="77777777" w:rsidR="001D32B2" w:rsidRDefault="001D32B2">
            <w:pPr>
              <w:spacing w:after="0" w:line="269" w:lineRule="auto"/>
            </w:pPr>
          </w:p>
          <w:p w14:paraId="06ADD5E0" w14:textId="4F50EC18" w:rsidR="00F94CEF" w:rsidRDefault="00E71C31">
            <w:pPr>
              <w:spacing w:after="0" w:line="269" w:lineRule="auto"/>
            </w:pPr>
            <w:r w:rsidRPr="00E71C31">
              <w:t>Survivors of institutions are people who</w:t>
            </w:r>
            <w:r w:rsidR="00F94CEF">
              <w:t xml:space="preserve">: </w:t>
            </w:r>
          </w:p>
          <w:p w14:paraId="09490C2E" w14:textId="77777777" w:rsidR="00F94CEF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t xml:space="preserve">have lived in institutions and have left and now live in the community. </w:t>
            </w:r>
          </w:p>
          <w:p w14:paraId="5626049A" w14:textId="5264EC2B" w:rsidR="00E71C31" w:rsidRDefault="00E71C31" w:rsidP="00F94CEF">
            <w:pPr>
              <w:pStyle w:val="ae"/>
              <w:numPr>
                <w:ilvl w:val="0"/>
                <w:numId w:val="12"/>
              </w:numPr>
              <w:spacing w:after="0" w:line="269" w:lineRule="auto"/>
            </w:pPr>
            <w:r w:rsidRPr="00E71C31">
              <w:t xml:space="preserve">still live in institutions but are trying to leave. </w:t>
            </w:r>
          </w:p>
          <w:p w14:paraId="5067DB95" w14:textId="173E17A3" w:rsidR="00E71C31" w:rsidRDefault="00E71C31">
            <w:pPr>
              <w:spacing w:after="0" w:line="269" w:lineRule="auto"/>
            </w:pPr>
          </w:p>
          <w:p w14:paraId="3B4719A7" w14:textId="4783FCD8" w:rsidR="00E71C31" w:rsidRDefault="00E71C31">
            <w:pPr>
              <w:spacing w:after="0" w:line="269" w:lineRule="auto"/>
            </w:pPr>
            <w:r>
              <w:t xml:space="preserve">The Survivors Network of Inclusion International wants more people to understand institutions and </w:t>
            </w:r>
            <w:r w:rsidR="00F94CEF">
              <w:t>survivors' experiences</w:t>
            </w:r>
            <w:r>
              <w:t xml:space="preserve">. </w:t>
            </w:r>
          </w:p>
          <w:p w14:paraId="6F03F2CB" w14:textId="77777777" w:rsidR="00E71C31" w:rsidRDefault="00E71C31">
            <w:pPr>
              <w:spacing w:after="0" w:line="269" w:lineRule="auto"/>
            </w:pPr>
          </w:p>
          <w:p w14:paraId="3E465073" w14:textId="0A1BB8F0" w:rsidR="00F94CEF" w:rsidRDefault="00E71C31">
            <w:pPr>
              <w:spacing w:after="0" w:line="269" w:lineRule="auto"/>
            </w:pPr>
            <w:r>
              <w:t xml:space="preserve">To help this happen, </w:t>
            </w:r>
            <w:r w:rsidR="001D32B2">
              <w:t>we</w:t>
            </w:r>
            <w:r>
              <w:t xml:space="preserve"> are collecting videos from survivors. </w:t>
            </w:r>
          </w:p>
          <w:p w14:paraId="6C82F867" w14:textId="77777777" w:rsidR="00F94CEF" w:rsidRDefault="00F94CEF">
            <w:pPr>
              <w:spacing w:after="0" w:line="269" w:lineRule="auto"/>
            </w:pPr>
          </w:p>
          <w:p w14:paraId="71D55BF9" w14:textId="46E792A7" w:rsidR="00E71C31" w:rsidRDefault="00E71C31">
            <w:pPr>
              <w:spacing w:after="0" w:line="269" w:lineRule="auto"/>
            </w:pPr>
            <w:r>
              <w:t xml:space="preserve">The videos will help us advocate for institutions to close. </w:t>
            </w:r>
          </w:p>
          <w:p w14:paraId="3E84E231" w14:textId="77777777" w:rsidR="00E71C31" w:rsidRDefault="00E71C31">
            <w:pPr>
              <w:spacing w:after="0" w:line="269" w:lineRule="auto"/>
            </w:pPr>
          </w:p>
          <w:p w14:paraId="4140F51E" w14:textId="77777777" w:rsidR="00E71C31" w:rsidRDefault="00E71C31">
            <w:pPr>
              <w:spacing w:after="0" w:line="269" w:lineRule="auto"/>
            </w:pPr>
          </w:p>
          <w:p w14:paraId="5BD34FC7" w14:textId="7BF44BCD" w:rsidR="008646D8" w:rsidRDefault="000B5058">
            <w:pPr>
              <w:spacing w:after="0" w:line="269" w:lineRule="auto"/>
            </w:pPr>
            <w:r>
              <w:t xml:space="preserve">This booklet tells survivors what we would like them to talk about in their video about </w:t>
            </w:r>
            <w:r w:rsidR="0082106B">
              <w:t>deinstitutionalisation</w:t>
            </w:r>
            <w:r>
              <w:t>.</w:t>
            </w:r>
          </w:p>
        </w:tc>
      </w:tr>
      <w:tr w:rsidR="008646D8" w14:paraId="65286CF1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A6E967" w14:textId="60A5581B" w:rsidR="008646D8" w:rsidRDefault="008646D8">
            <w:pPr>
              <w:spacing w:after="0"/>
              <w:jc w:val="center"/>
            </w:pP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054ED82" w14:textId="4231DDDF" w:rsidR="008646D8" w:rsidRDefault="008646D8">
            <w:pPr>
              <w:spacing w:after="0" w:line="269" w:lineRule="auto"/>
            </w:pPr>
          </w:p>
        </w:tc>
      </w:tr>
      <w:tr w:rsidR="008646D8" w14:paraId="7BD031D2" w14:textId="77777777">
        <w:trPr>
          <w:jc w:val="center"/>
        </w:trPr>
        <w:tc>
          <w:tcPr>
            <w:tcW w:w="381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AE835C9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A03819B" wp14:editId="338FE4B6">
                  <wp:extent cx="2011680" cy="201168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1_lis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6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C3F9427" w14:textId="77777777" w:rsidR="00F20221" w:rsidRDefault="00F20221" w:rsidP="00F20221">
            <w:pPr>
              <w:spacing w:after="140" w:line="269" w:lineRule="auto"/>
            </w:pPr>
            <w:r>
              <w:rPr>
                <w:rFonts w:hint="eastAsia"/>
                <w:b/>
                <w:color w:val="000000"/>
                <w:sz w:val="32"/>
                <w:lang w:eastAsia="ja-JP"/>
              </w:rPr>
              <w:t>We would like to hear</w:t>
            </w:r>
            <w:r>
              <w:rPr>
                <w:b/>
                <w:color w:val="000000"/>
                <w:sz w:val="32"/>
              </w:rPr>
              <w:t>:</w:t>
            </w:r>
          </w:p>
          <w:p w14:paraId="7E2346A6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</w:rPr>
              <w:t xml:space="preserve">• Why you </w:t>
            </w:r>
            <w:proofErr w:type="gramStart"/>
            <w:r>
              <w:rPr>
                <w:color w:val="000000"/>
                <w:sz w:val="29"/>
              </w:rPr>
              <w:t>lived</w:t>
            </w:r>
            <w:proofErr w:type="gramEnd"/>
            <w:r>
              <w:rPr>
                <w:color w:val="000000"/>
                <w:sz w:val="29"/>
              </w:rPr>
              <w:t xml:space="preserve"> in an institution.</w:t>
            </w:r>
          </w:p>
          <w:p w14:paraId="2A5A4E22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</w:rPr>
              <w:t>• What it was like to live there.</w:t>
            </w:r>
          </w:p>
          <w:p w14:paraId="657443B1" w14:textId="77777777" w:rsidR="00F20221" w:rsidRDefault="00F20221" w:rsidP="00F20221">
            <w:pPr>
              <w:spacing w:after="80" w:line="259" w:lineRule="auto"/>
              <w:ind w:left="331" w:hanging="187"/>
            </w:pPr>
            <w:r>
              <w:rPr>
                <w:color w:val="000000"/>
                <w:sz w:val="29"/>
              </w:rPr>
              <w:t>• How you moved to living in the community.</w:t>
            </w:r>
          </w:p>
          <w:p w14:paraId="3855D93C" w14:textId="77777777" w:rsidR="00F20221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</w:rPr>
              <w:t xml:space="preserve">• How your </w:t>
            </w:r>
            <w:proofErr w:type="gramStart"/>
            <w:r>
              <w:rPr>
                <w:color w:val="000000"/>
                <w:sz w:val="29"/>
              </w:rPr>
              <w:t>life is</w:t>
            </w:r>
            <w:proofErr w:type="gramEnd"/>
            <w:r>
              <w:rPr>
                <w:color w:val="000000"/>
                <w:sz w:val="29"/>
              </w:rPr>
              <w:t xml:space="preserve"> different now.</w:t>
            </w:r>
            <w:r>
              <w:t xml:space="preserve"> </w:t>
            </w:r>
          </w:p>
          <w:p w14:paraId="507B96E8" w14:textId="77777777" w:rsidR="00F20221" w:rsidRPr="005B6465" w:rsidRDefault="00F20221" w:rsidP="00F20221">
            <w:pPr>
              <w:spacing w:after="80" w:line="259" w:lineRule="auto"/>
              <w:ind w:left="331" w:hanging="187"/>
              <w:rPr>
                <w:lang w:eastAsia="ja-JP"/>
              </w:rPr>
            </w:pPr>
            <w:r>
              <w:rPr>
                <w:color w:val="000000"/>
                <w:sz w:val="29"/>
              </w:rPr>
              <w:t>•</w:t>
            </w:r>
            <w:r>
              <w:rPr>
                <w:rFonts w:hint="eastAsia"/>
                <w:color w:val="000000"/>
                <w:sz w:val="29"/>
                <w:lang w:eastAsia="ja-JP"/>
              </w:rPr>
              <w:t xml:space="preserve"> </w:t>
            </w:r>
            <w:r>
              <w:rPr>
                <w:rFonts w:hint="eastAsia"/>
                <w:lang w:eastAsia="ja-JP"/>
              </w:rPr>
              <w:t>Your message!</w:t>
            </w:r>
          </w:p>
          <w:p w14:paraId="30592064" w14:textId="77777777" w:rsidR="00F20221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</w:p>
          <w:p w14:paraId="6AD155A9" w14:textId="663C7B8F" w:rsidR="008E163B" w:rsidRPr="008E163B" w:rsidRDefault="00F20221" w:rsidP="00F20221">
            <w:pPr>
              <w:spacing w:after="80" w:line="259" w:lineRule="auto"/>
              <w:ind w:left="331" w:hanging="187"/>
              <w:rPr>
                <w:color w:val="000000"/>
                <w:sz w:val="29"/>
                <w:lang w:eastAsia="ja-JP"/>
              </w:rPr>
            </w:pPr>
            <w:r>
              <w:rPr>
                <w:rFonts w:hint="eastAsia"/>
                <w:color w:val="000000"/>
                <w:sz w:val="29"/>
                <w:lang w:eastAsia="ja-JP"/>
              </w:rPr>
              <w:t xml:space="preserve">More details are </w:t>
            </w:r>
            <w:r>
              <w:rPr>
                <w:color w:val="000000"/>
                <w:sz w:val="29"/>
                <w:lang w:eastAsia="ja-JP"/>
              </w:rPr>
              <w:t>explained</w:t>
            </w:r>
            <w:r>
              <w:rPr>
                <w:rFonts w:hint="eastAsia"/>
                <w:color w:val="000000"/>
                <w:sz w:val="29"/>
                <w:lang w:eastAsia="ja-JP"/>
              </w:rPr>
              <w:t xml:space="preserve"> </w:t>
            </w:r>
            <w:r w:rsidRPr="0079280E">
              <w:rPr>
                <w:rFonts w:hint="eastAsia"/>
                <w:color w:val="000000"/>
                <w:sz w:val="29"/>
                <w:lang w:eastAsia="ja-JP"/>
              </w:rPr>
              <w:t>in the next pages.</w:t>
            </w:r>
          </w:p>
        </w:tc>
      </w:tr>
    </w:tbl>
    <w:p w14:paraId="52F8E6D0" w14:textId="78D00100" w:rsidR="008646D8" w:rsidRDefault="008646D8"/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04C7BFF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1BB9820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</w:rPr>
              <w:lastRenderedPageBreak/>
              <w:t>Question 1 and Question 2</w:t>
            </w:r>
          </w:p>
        </w:tc>
      </w:tr>
    </w:tbl>
    <w:p w14:paraId="7E1B62DA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8646D8" w14:paraId="39FA150A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BAC5162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245E5F2" wp14:editId="3E9347DC">
                  <wp:extent cx="2423160" cy="253206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ins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160" cy="253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1CBB171D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</w:rPr>
              <w:t>Question 1</w:t>
            </w:r>
          </w:p>
          <w:p w14:paraId="68B83611" w14:textId="77777777" w:rsidR="00F20221" w:rsidRDefault="00F20221" w:rsidP="00F20221">
            <w:pPr>
              <w:spacing w:after="160" w:line="269" w:lineRule="auto"/>
            </w:pPr>
            <w:r>
              <w:rPr>
                <w:color w:val="000000"/>
                <w:sz w:val="31"/>
              </w:rPr>
              <w:t xml:space="preserve">Why did you </w:t>
            </w:r>
            <w:r>
              <w:rPr>
                <w:rFonts w:hint="eastAsia"/>
                <w:color w:val="000000"/>
                <w:sz w:val="31"/>
                <w:lang w:eastAsia="ja-JP"/>
              </w:rPr>
              <w:t>start</w:t>
            </w:r>
            <w:r>
              <w:rPr>
                <w:color w:val="000000"/>
                <w:sz w:val="31"/>
              </w:rPr>
              <w:t xml:space="preserve"> to live in an institution?</w:t>
            </w:r>
          </w:p>
          <w:p w14:paraId="6DBE561A" w14:textId="2B31E0E7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</w:rPr>
              <w:t xml:space="preserve">How long </w:t>
            </w:r>
            <w:proofErr w:type="gramStart"/>
            <w:r>
              <w:rPr>
                <w:rFonts w:hint="eastAsia"/>
                <w:color w:val="000000"/>
                <w:sz w:val="31"/>
                <w:lang w:eastAsia="ja-JP"/>
              </w:rPr>
              <w:t>were</w:t>
            </w:r>
            <w:proofErr w:type="gramEnd"/>
            <w:r>
              <w:rPr>
                <w:rFonts w:hint="eastAsia"/>
                <w:color w:val="000000"/>
                <w:sz w:val="31"/>
                <w:lang w:eastAsia="ja-JP"/>
              </w:rPr>
              <w:t xml:space="preserve"> you </w:t>
            </w:r>
            <w:proofErr w:type="gramStart"/>
            <w:r>
              <w:rPr>
                <w:rFonts w:hint="eastAsia"/>
                <w:color w:val="000000"/>
                <w:sz w:val="31"/>
                <w:lang w:eastAsia="ja-JP"/>
              </w:rPr>
              <w:t>living</w:t>
            </w:r>
            <w:proofErr w:type="gramEnd"/>
            <w:r>
              <w:rPr>
                <w:color w:val="000000"/>
                <w:sz w:val="31"/>
              </w:rPr>
              <w:t xml:space="preserve"> there?</w:t>
            </w:r>
          </w:p>
        </w:tc>
      </w:tr>
      <w:tr w:rsidR="008646D8" w14:paraId="770BE6ED" w14:textId="77777777">
        <w:trPr>
          <w:jc w:val="center"/>
        </w:trPr>
        <w:tc>
          <w:tcPr>
            <w:tcW w:w="39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05E232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33389FAF" wp14:editId="1E52D178">
                  <wp:extent cx="2148840" cy="248139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2_thin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2481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C36F87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</w:rPr>
              <w:t>Question 2</w:t>
            </w:r>
          </w:p>
          <w:p w14:paraId="651F2644" w14:textId="60800AF9" w:rsidR="008646D8" w:rsidRDefault="00F20221" w:rsidP="00F20221">
            <w:pPr>
              <w:spacing w:after="160" w:line="269" w:lineRule="auto"/>
              <w:rPr>
                <w:rFonts w:hint="eastAsia"/>
                <w:lang w:eastAsia="ja-JP"/>
              </w:rPr>
            </w:pPr>
            <w:r>
              <w:rPr>
                <w:color w:val="000000"/>
                <w:sz w:val="31"/>
              </w:rPr>
              <w:t>What was your experience of living in an institution?</w:t>
            </w:r>
            <w:r>
              <w:rPr>
                <w:rFonts w:hint="eastAsia"/>
                <w:color w:val="000000"/>
                <w:sz w:val="31"/>
                <w:lang w:eastAsia="ja-JP"/>
              </w:rPr>
              <w:t xml:space="preserve"> How did you feel while you were living there?</w:t>
            </w:r>
          </w:p>
        </w:tc>
      </w:tr>
    </w:tbl>
    <w:p w14:paraId="6267F4FC" w14:textId="77777777" w:rsidR="008646D8" w:rsidRDefault="00EA5B0C"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131E5022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492E5FCE" w14:textId="4AF19F5C" w:rsidR="008646D8" w:rsidRDefault="00EA5B0C">
            <w:pPr>
              <w:spacing w:after="0"/>
              <w:rPr>
                <w:lang w:eastAsia="ja-JP"/>
              </w:rPr>
            </w:pPr>
            <w:r>
              <w:rPr>
                <w:b/>
                <w:color w:val="000000"/>
                <w:sz w:val="44"/>
              </w:rPr>
              <w:lastRenderedPageBreak/>
              <w:t>Question 3 and Question 4</w:t>
            </w:r>
            <w:r w:rsidR="00376F02">
              <w:rPr>
                <w:rFonts w:hint="eastAsia"/>
                <w:b/>
                <w:color w:val="000000"/>
                <w:sz w:val="44"/>
                <w:lang w:eastAsia="ja-JP"/>
              </w:rPr>
              <w:t>,</w:t>
            </w:r>
            <w:r w:rsidR="00376F02">
              <w:rPr>
                <w:b/>
                <w:color w:val="000000"/>
                <w:sz w:val="44"/>
              </w:rPr>
              <w:t xml:space="preserve"> Question </w:t>
            </w:r>
            <w:r w:rsidR="00376F02">
              <w:rPr>
                <w:rFonts w:hint="eastAsia"/>
                <w:b/>
                <w:color w:val="000000"/>
                <w:sz w:val="44"/>
                <w:lang w:eastAsia="ja-JP"/>
              </w:rPr>
              <w:t>5</w:t>
            </w:r>
          </w:p>
        </w:tc>
      </w:tr>
    </w:tbl>
    <w:p w14:paraId="0CF4EA38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760"/>
      </w:tblGrid>
      <w:tr w:rsidR="008646D8" w14:paraId="7D76F807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ACA0CDC" w14:textId="3213FC1A" w:rsidR="005B6465" w:rsidRDefault="00EA5B0C" w:rsidP="005B6465">
            <w:pPr>
              <w:spacing w:after="0"/>
              <w:rPr>
                <w:lang w:eastAsia="ja-JP"/>
              </w:rPr>
            </w:pPr>
            <w:r>
              <w:rPr>
                <w:noProof/>
              </w:rPr>
              <w:drawing>
                <wp:inline distT="0" distB="0" distL="0" distR="0" wp14:anchorId="6A3ABAB7" wp14:editId="6A19DB50">
                  <wp:extent cx="2697480" cy="209513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mov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7480" cy="209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45C1556" w14:textId="77777777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</w:rPr>
              <w:t>Question 3</w:t>
            </w:r>
          </w:p>
          <w:p w14:paraId="11E79CCC" w14:textId="1212E124" w:rsidR="008646D8" w:rsidRDefault="00F20221" w:rsidP="0036490C">
            <w:pPr>
              <w:spacing w:after="140" w:line="269" w:lineRule="auto"/>
              <w:rPr>
                <w:lang w:eastAsia="ja-JP"/>
              </w:rPr>
            </w:pPr>
            <w:r>
              <w:rPr>
                <w:color w:val="000000"/>
                <w:sz w:val="31"/>
              </w:rPr>
              <w:t>How did you transition to living in the community?</w:t>
            </w:r>
            <w:r>
              <w:rPr>
                <w:rFonts w:hint="eastAsia"/>
                <w:color w:val="000000"/>
                <w:sz w:val="31"/>
                <w:lang w:eastAsia="ja-JP"/>
              </w:rPr>
              <w:t xml:space="preserve"> Is there anyone who helped you or given advice to you?</w:t>
            </w:r>
          </w:p>
        </w:tc>
      </w:tr>
      <w:tr w:rsidR="008646D8" w14:paraId="7A323EE6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8160E0A" w14:textId="32394808" w:rsidR="008646D8" w:rsidRDefault="00EA5B0C" w:rsidP="00376F02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</w:rPr>
              <w:drawing>
                <wp:inline distT="0" distB="0" distL="0" distR="0" wp14:anchorId="7CFF8E49" wp14:editId="73027AE1">
                  <wp:extent cx="2651760" cy="204564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3_compar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1760" cy="2045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1258C3E" w14:textId="69508EF6" w:rsidR="008646D8" w:rsidRDefault="00EA5B0C">
            <w:pPr>
              <w:spacing w:after="160" w:line="269" w:lineRule="auto"/>
            </w:pPr>
            <w:r>
              <w:rPr>
                <w:b/>
                <w:color w:val="000000"/>
                <w:sz w:val="36"/>
              </w:rPr>
              <w:t>Question 4</w:t>
            </w:r>
          </w:p>
          <w:p w14:paraId="77DBE3FD" w14:textId="77777777" w:rsid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162EEE">
              <w:rPr>
                <w:rFonts w:asciiTheme="minorBidi" w:hAnsiTheme="minorBidi" w:cstheme="minorBidi"/>
                <w:sz w:val="28"/>
                <w:szCs w:val="28"/>
              </w:rPr>
              <w:t>What are the differences between your life in an institution and your life in the community?</w:t>
            </w:r>
          </w:p>
          <w:p w14:paraId="316B3DE5" w14:textId="5C73C601" w:rsidR="004E62C0" w:rsidRPr="00F20221" w:rsidRDefault="00F20221" w:rsidP="00F20221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>
              <w:rPr>
                <w:rFonts w:asciiTheme="minorBidi" w:hAnsiTheme="minorBidi" w:cstheme="minorBidi" w:hint="eastAsia"/>
                <w:sz w:val="28"/>
                <w:szCs w:val="28"/>
              </w:rPr>
              <w:t>Are you living the life you want? What kind of help are you receiving?</w:t>
            </w:r>
          </w:p>
        </w:tc>
      </w:tr>
      <w:tr w:rsidR="00376F02" w14:paraId="0DDAF643" w14:textId="77777777">
        <w:trPr>
          <w:jc w:val="center"/>
        </w:trPr>
        <w:tc>
          <w:tcPr>
            <w:tcW w:w="432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C2F8907" w14:textId="71AFC3E4" w:rsidR="00376F02" w:rsidRDefault="00376F02">
            <w:pPr>
              <w:spacing w:after="0"/>
              <w:jc w:val="center"/>
              <w:rPr>
                <w:noProof/>
              </w:rPr>
            </w:pPr>
            <w:r>
              <w:rPr>
                <w:rFonts w:hint="eastAsia"/>
                <w:noProof/>
                <w:lang w:eastAsia="ja-JP"/>
              </w:rPr>
              <w:drawing>
                <wp:inline distT="0" distB="0" distL="0" distR="0" wp14:anchorId="7EFB046D" wp14:editId="7EE5BA83">
                  <wp:extent cx="2104433" cy="2104433"/>
                  <wp:effectExtent l="0" t="0" r="0" b="0"/>
                  <wp:docPr id="967038799" name="図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38799" name="図 967038799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827" cy="2134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0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6E0C64F" w14:textId="77777777" w:rsidR="00376F02" w:rsidRDefault="00376F02" w:rsidP="00376F02">
            <w:pPr>
              <w:spacing w:after="160" w:line="269" w:lineRule="auto"/>
              <w:rPr>
                <w:lang w:eastAsia="ja-JP"/>
              </w:rPr>
            </w:pPr>
            <w:r>
              <w:rPr>
                <w:b/>
                <w:color w:val="000000"/>
                <w:sz w:val="36"/>
              </w:rPr>
              <w:t xml:space="preserve">Question </w:t>
            </w:r>
            <w:r>
              <w:rPr>
                <w:rFonts w:hint="eastAsia"/>
                <w:b/>
                <w:color w:val="000000"/>
                <w:sz w:val="36"/>
                <w:lang w:eastAsia="ja-JP"/>
              </w:rPr>
              <w:t>5</w:t>
            </w:r>
          </w:p>
          <w:p w14:paraId="5B760738" w14:textId="77777777" w:rsidR="00F20221" w:rsidRDefault="00F20221" w:rsidP="00F20221">
            <w:pPr>
              <w:spacing w:after="160" w:line="269" w:lineRule="auto"/>
              <w:rPr>
                <w:sz w:val="28"/>
                <w:szCs w:val="21"/>
              </w:rPr>
            </w:pPr>
            <w:r>
              <w:rPr>
                <w:rFonts w:hint="eastAsia"/>
                <w:sz w:val="28"/>
                <w:szCs w:val="21"/>
                <w:lang w:eastAsia="ja-JP"/>
              </w:rPr>
              <w:t>W</w:t>
            </w:r>
            <w:r w:rsidRPr="00162EEE">
              <w:rPr>
                <w:sz w:val="28"/>
                <w:szCs w:val="21"/>
              </w:rPr>
              <w:t>hat you would like to say to the government and society.</w:t>
            </w:r>
          </w:p>
          <w:p w14:paraId="06A89EA6" w14:textId="59FFC6A2" w:rsidR="00376F02" w:rsidRDefault="00F20221" w:rsidP="00F20221">
            <w:pPr>
              <w:spacing w:after="160" w:line="269" w:lineRule="auto"/>
              <w:rPr>
                <w:b/>
                <w:color w:val="000000"/>
                <w:sz w:val="36"/>
              </w:rPr>
            </w:pPr>
            <w:r>
              <w:rPr>
                <w:rFonts w:hint="eastAsia"/>
                <w:sz w:val="28"/>
                <w:szCs w:val="21"/>
                <w:lang w:eastAsia="ja-JP"/>
              </w:rPr>
              <w:t>Is there any message for the people who still live in institutions now?</w:t>
            </w:r>
          </w:p>
        </w:tc>
      </w:tr>
    </w:tbl>
    <w:p w14:paraId="08D42B9C" w14:textId="645A3E5F" w:rsidR="00162EEE" w:rsidRDefault="00EA5B0C" w:rsidP="00162EEE">
      <w:pPr>
        <w:rPr>
          <w:lang w:eastAsia="ja-JP"/>
        </w:rPr>
      </w:pPr>
      <w:r>
        <w:br w:type="page"/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46BA56AF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1B0FC30C" w14:textId="77777777" w:rsidR="008646D8" w:rsidRDefault="00EA5B0C">
            <w:pPr>
              <w:spacing w:after="0"/>
            </w:pPr>
            <w:r>
              <w:rPr>
                <w:b/>
                <w:color w:val="000000"/>
                <w:sz w:val="44"/>
              </w:rPr>
              <w:lastRenderedPageBreak/>
              <w:t>How to film the video</w:t>
            </w:r>
          </w:p>
        </w:tc>
      </w:tr>
    </w:tbl>
    <w:p w14:paraId="759C61AB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8646D8" w14:paraId="1FE67E8B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B5BE51F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41310D63" wp14:editId="11DB6E5A">
                  <wp:extent cx="2331720" cy="1450216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phon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0" cy="1450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F717D73" w14:textId="37AA0615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</w:rPr>
              <w:t>If you are filming with a smartphone, please hold it horizontally.</w:t>
            </w:r>
          </w:p>
        </w:tc>
      </w:tr>
      <w:tr w:rsidR="008646D8" w14:paraId="4986D47C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68916533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2A252EF0" wp14:editId="6F868886">
                  <wp:extent cx="2057400" cy="168332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quiet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1683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CE4330A" w14:textId="0935AF80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</w:rPr>
              <w:t>Please film in a quiet place so that your voice can be heard clearly.</w:t>
            </w:r>
          </w:p>
        </w:tc>
      </w:tr>
      <w:tr w:rsidR="008646D8" w14:paraId="6ADBA57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4926852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173066A2" wp14:editId="36DE0255">
                  <wp:extent cx="1737360" cy="179832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ripo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798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3BBE4F6B" w14:textId="77777777" w:rsidR="009924BD" w:rsidRDefault="009924BD" w:rsidP="009924BD">
            <w:pPr>
              <w:spacing w:after="120" w:line="269" w:lineRule="auto"/>
            </w:pPr>
            <w:r>
              <w:rPr>
                <w:color w:val="000000"/>
                <w:sz w:val="29"/>
              </w:rPr>
              <w:t>Please keep the camera as steady as possible by using a tripod.</w:t>
            </w:r>
          </w:p>
          <w:p w14:paraId="45370585" w14:textId="0EF97D23" w:rsidR="008646D8" w:rsidRDefault="009924BD" w:rsidP="009924BD">
            <w:pPr>
              <w:spacing w:after="0" w:line="269" w:lineRule="auto"/>
            </w:pPr>
            <w:proofErr w:type="gramStart"/>
            <w:r>
              <w:rPr>
                <w:color w:val="000000"/>
                <w:sz w:val="29"/>
              </w:rPr>
              <w:t>Or,</w:t>
            </w:r>
            <w:proofErr w:type="gramEnd"/>
            <w:r>
              <w:rPr>
                <w:color w:val="000000"/>
                <w:sz w:val="29"/>
              </w:rPr>
              <w:t xml:space="preserve"> please ask someone to hold the camera for you.</w:t>
            </w:r>
          </w:p>
        </w:tc>
      </w:tr>
      <w:tr w:rsidR="008646D8" w14:paraId="34FF9A61" w14:textId="77777777">
        <w:trPr>
          <w:jc w:val="center"/>
        </w:trPr>
        <w:tc>
          <w:tcPr>
            <w:tcW w:w="4032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766CFFF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7E0C5A88" wp14:editId="3AFA0393">
                  <wp:extent cx="2240280" cy="157968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_talk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157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8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0E462B81" w14:textId="5EBD5742" w:rsidR="008646D8" w:rsidRDefault="009924BD">
            <w:pPr>
              <w:spacing w:after="0" w:line="269" w:lineRule="auto"/>
            </w:pPr>
            <w:r>
              <w:rPr>
                <w:color w:val="000000"/>
                <w:sz w:val="29"/>
              </w:rPr>
              <w:t xml:space="preserve">It may be easier to talk if someone asks you </w:t>
            </w:r>
            <w:proofErr w:type="gramStart"/>
            <w:r>
              <w:rPr>
                <w:color w:val="000000"/>
                <w:sz w:val="29"/>
              </w:rPr>
              <w:t>the questions</w:t>
            </w:r>
            <w:proofErr w:type="gramEnd"/>
            <w:r>
              <w:rPr>
                <w:rFonts w:hint="eastAsia"/>
                <w:color w:val="000000"/>
                <w:sz w:val="29"/>
                <w:lang w:eastAsia="ja-JP"/>
              </w:rPr>
              <w:t>, like a conversation</w:t>
            </w:r>
            <w:r>
              <w:rPr>
                <w:color w:val="000000"/>
                <w:sz w:val="29"/>
              </w:rPr>
              <w:t>.</w:t>
            </w:r>
          </w:p>
        </w:tc>
      </w:tr>
    </w:tbl>
    <w:p w14:paraId="4CD23CA6" w14:textId="619AEBF6" w:rsidR="008646D8" w:rsidRDefault="008646D8" w:rsidP="00E705CE"/>
    <w:p w14:paraId="1000931A" w14:textId="77777777" w:rsidR="00E705CE" w:rsidRDefault="00E705CE" w:rsidP="00E705CE">
      <w:pPr>
        <w:spacing w:after="0" w:line="269" w:lineRule="auto"/>
        <w:jc w:val="center"/>
        <w:rPr>
          <w:color w:val="000000"/>
          <w:sz w:val="31"/>
        </w:rPr>
      </w:pPr>
      <w:r>
        <w:rPr>
          <w:color w:val="000000"/>
          <w:sz w:val="31"/>
        </w:rPr>
        <w:t>Please keep the video to about 8-10 minutes at most.</w:t>
      </w:r>
    </w:p>
    <w:p w14:paraId="36FF2371" w14:textId="77777777" w:rsidR="00E705CE" w:rsidRPr="00E705CE" w:rsidRDefault="00E705CE" w:rsidP="00E705CE">
      <w:pPr>
        <w:rPr>
          <w:lang w:eastAsia="ja-JP"/>
        </w:rPr>
      </w:pPr>
    </w:p>
    <w:p w14:paraId="05F480DF" w14:textId="77777777" w:rsidR="00E705CE" w:rsidRDefault="00E705CE" w:rsidP="00E705CE">
      <w:pPr>
        <w:rPr>
          <w:lang w:eastAsia="ja-JP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8646D8" w14:paraId="600A4538" w14:textId="77777777">
        <w:trPr>
          <w:jc w:val="center"/>
        </w:trPr>
        <w:tc>
          <w:tcPr>
            <w:tcW w:w="10656" w:type="dxa"/>
            <w:shd w:val="clear" w:color="auto" w:fill="E7E7E7"/>
            <w:tcMar>
              <w:top w:w="120" w:type="dxa"/>
              <w:left w:w="220" w:type="dxa"/>
              <w:bottom w:w="120" w:type="dxa"/>
              <w:right w:w="220" w:type="dxa"/>
            </w:tcMar>
          </w:tcPr>
          <w:p w14:paraId="386D9C19" w14:textId="5A469F9B" w:rsidR="008646D8" w:rsidRPr="00AB7272" w:rsidRDefault="00AB7272">
            <w:pPr>
              <w:spacing w:after="0"/>
            </w:pPr>
            <w:r w:rsidRPr="00AB7272">
              <w:rPr>
                <w:b/>
                <w:bCs/>
                <w:sz w:val="44"/>
                <w:szCs w:val="36"/>
              </w:rPr>
              <w:lastRenderedPageBreak/>
              <w:t xml:space="preserve">How to 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/>
              </w:rPr>
              <w:t>s</w:t>
            </w:r>
            <w:r w:rsidRPr="00AB7272">
              <w:rPr>
                <w:b/>
                <w:bCs/>
                <w:sz w:val="44"/>
                <w:szCs w:val="36"/>
              </w:rPr>
              <w:t xml:space="preserve">end 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/>
              </w:rPr>
              <w:t>y</w:t>
            </w:r>
            <w:r w:rsidRPr="00AB7272">
              <w:rPr>
                <w:b/>
                <w:bCs/>
                <w:sz w:val="44"/>
                <w:szCs w:val="36"/>
              </w:rPr>
              <w:t xml:space="preserve">our </w:t>
            </w:r>
            <w:r w:rsidRPr="00AB7272">
              <w:rPr>
                <w:rFonts w:hint="eastAsia"/>
                <w:b/>
                <w:bCs/>
                <w:sz w:val="44"/>
                <w:szCs w:val="36"/>
                <w:lang w:eastAsia="ja-JP"/>
              </w:rPr>
              <w:t>v</w:t>
            </w:r>
            <w:r w:rsidRPr="00AB7272">
              <w:rPr>
                <w:b/>
                <w:bCs/>
                <w:sz w:val="44"/>
                <w:szCs w:val="36"/>
              </w:rPr>
              <w:t>ideo</w:t>
            </w:r>
          </w:p>
        </w:tc>
      </w:tr>
    </w:tbl>
    <w:p w14:paraId="050E62E5" w14:textId="77777777" w:rsidR="008646D8" w:rsidRDefault="008646D8">
      <w:pPr>
        <w:spacing w:after="40"/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56"/>
        <w:gridCol w:w="6624"/>
      </w:tblGrid>
      <w:tr w:rsidR="008646D8" w14:paraId="7874E4D8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2651FC2" w14:textId="77777777" w:rsidR="00DD13BF" w:rsidRDefault="00DD13BF" w:rsidP="00E705CE">
            <w:pPr>
              <w:spacing w:after="0"/>
              <w:rPr>
                <w:noProof/>
                <w:lang w:eastAsia="ja-JP"/>
              </w:rPr>
            </w:pPr>
          </w:p>
          <w:p w14:paraId="724E69CA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  <w:r>
              <w:rPr>
                <w:rFonts w:hint="eastAsia"/>
                <w:noProof/>
                <w:lang w:eastAsia="ja-JP"/>
              </w:rPr>
              <w:drawing>
                <wp:inline distT="0" distB="0" distL="0" distR="0" wp14:anchorId="4B4DE934" wp14:editId="752923EB">
                  <wp:extent cx="2092960" cy="1216025"/>
                  <wp:effectExtent l="0" t="0" r="2540" b="3175"/>
                  <wp:docPr id="33136155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36155" name="図 33136155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960" cy="121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F98404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  <w:p w14:paraId="01F0BF5B" w14:textId="77777777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  <w:p w14:paraId="13F48DBD" w14:textId="32CBB0E4" w:rsidR="00E705CE" w:rsidRDefault="00E705CE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75B1286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0" w:line="269" w:lineRule="auto"/>
              <w:rPr>
                <w:b/>
                <w:bCs/>
                <w:color w:val="000000"/>
                <w:sz w:val="31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31"/>
                <w:lang w:eastAsia="ja-JP"/>
              </w:rPr>
              <w:t>Google Drive</w:t>
            </w:r>
          </w:p>
          <w:p w14:paraId="0858400F" w14:textId="154E3E1A" w:rsidR="00DD13BF" w:rsidRPr="00E705CE" w:rsidRDefault="00E705CE" w:rsidP="00E705CE">
            <w:pPr>
              <w:spacing w:after="0" w:line="269" w:lineRule="auto"/>
              <w:rPr>
                <w:color w:val="000000"/>
                <w:sz w:val="31"/>
                <w:lang w:eastAsia="ja-JP"/>
              </w:rPr>
            </w:pPr>
            <w:r>
              <w:t>If you have a Google account, you can upload your video directly to the shared Google Drive folder.</w:t>
            </w:r>
          </w:p>
          <w:p w14:paraId="19965C7C" w14:textId="5737762B" w:rsidR="00DD13BF" w:rsidRPr="00522A00" w:rsidRDefault="00C123F1">
            <w:pPr>
              <w:spacing w:after="0" w:line="269" w:lineRule="auto"/>
              <w:rPr>
                <w:color w:val="000000"/>
                <w:sz w:val="28"/>
                <w:szCs w:val="21"/>
                <w:lang w:eastAsia="ja-JP"/>
              </w:rPr>
            </w:pPr>
            <w:hyperlink r:id="rId23" w:history="1">
              <w:r w:rsidRPr="00522A00">
                <w:rPr>
                  <w:color w:val="0000FF"/>
                  <w:sz w:val="28"/>
                  <w:szCs w:val="21"/>
                  <w:u w:val="single"/>
                </w:rPr>
                <w:t>https://drive.google.com/drive/folders/1NJ9TTlEx0CuV-7JOHF0HsAzBpSlsh5Cv?usp=sharing</w:t>
              </w:r>
            </w:hyperlink>
          </w:p>
          <w:p w14:paraId="27EE3506" w14:textId="121E916D" w:rsidR="00E705CE" w:rsidRPr="00E705CE" w:rsidRDefault="00C123F1" w:rsidP="00E705CE">
            <w:pPr>
              <w:spacing w:after="0" w:line="269" w:lineRule="auto"/>
              <w:jc w:val="center"/>
              <w:rPr>
                <w:color w:val="000000"/>
                <w:sz w:val="31"/>
                <w:lang w:eastAsia="ja-JP"/>
              </w:rPr>
            </w:pPr>
            <w:r>
              <w:rPr>
                <w:noProof/>
                <w:color w:val="000000"/>
                <w:sz w:val="31"/>
                <w:lang w:eastAsia="ja-JP"/>
              </w:rPr>
              <w:drawing>
                <wp:inline distT="0" distB="0" distL="0" distR="0" wp14:anchorId="12373472" wp14:editId="07DF1F07">
                  <wp:extent cx="805022" cy="805022"/>
                  <wp:effectExtent l="0" t="0" r="0" b="0"/>
                  <wp:docPr id="761166876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166876" name="図 76116687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696" cy="813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7539EE37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5E2C4550" w14:textId="77777777" w:rsidR="008646D8" w:rsidRDefault="00EA5B0C">
            <w:pPr>
              <w:spacing w:after="0"/>
              <w:jc w:val="center"/>
              <w:rPr>
                <w:lang w:eastAsia="ja-JP"/>
              </w:rPr>
            </w:pPr>
            <w:r>
              <w:rPr>
                <w:noProof/>
              </w:rPr>
              <w:drawing>
                <wp:inline distT="0" distB="0" distL="0" distR="0" wp14:anchorId="0270DC26" wp14:editId="0B6D19D0">
                  <wp:extent cx="1336887" cy="1523531"/>
                  <wp:effectExtent l="0" t="0" r="0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6887" cy="1523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7C1F1E" w14:textId="77777777" w:rsidR="00DD13BF" w:rsidRDefault="00DD13BF">
            <w:pPr>
              <w:spacing w:after="0"/>
              <w:jc w:val="center"/>
              <w:rPr>
                <w:lang w:eastAsia="ja-JP"/>
              </w:rPr>
            </w:pP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E9ECAEF" w14:textId="77777777" w:rsidR="00E705CE" w:rsidRPr="00E705CE" w:rsidRDefault="00E705CE" w:rsidP="00E705CE">
            <w:pPr>
              <w:pStyle w:val="ae"/>
              <w:numPr>
                <w:ilvl w:val="0"/>
                <w:numId w:val="10"/>
              </w:numPr>
              <w:spacing w:after="100" w:line="269" w:lineRule="auto"/>
              <w:rPr>
                <w:b/>
                <w:bCs/>
                <w:color w:val="000000"/>
                <w:sz w:val="29"/>
                <w:lang w:eastAsia="ja-JP"/>
              </w:rPr>
            </w:pPr>
            <w:r w:rsidRPr="00E705CE">
              <w:rPr>
                <w:rFonts w:hint="eastAsia"/>
                <w:b/>
                <w:bCs/>
                <w:color w:val="000000"/>
                <w:sz w:val="29"/>
                <w:lang w:eastAsia="ja-JP"/>
              </w:rPr>
              <w:t>WeTransfer</w:t>
            </w:r>
          </w:p>
          <w:p w14:paraId="3957E024" w14:textId="77777777" w:rsidR="00327EBA" w:rsidRPr="00327EBA" w:rsidRDefault="00327EBA" w:rsidP="00327EBA">
            <w:pPr>
              <w:pStyle w:val="pdq2pgselectionanchorcontainer"/>
              <w:rPr>
                <w:rFonts w:asciiTheme="minorBidi" w:hAnsiTheme="minorBidi" w:cstheme="minorBidi"/>
              </w:rPr>
            </w:pPr>
            <w:r w:rsidRPr="00327EBA">
              <w:rPr>
                <w:rFonts w:asciiTheme="minorBidi" w:hAnsiTheme="minorBidi" w:cstheme="minorBidi"/>
              </w:rPr>
              <w:t>You can also use this free service to upload your video.</w:t>
            </w:r>
          </w:p>
          <w:p w14:paraId="42F4FE67" w14:textId="77777777" w:rsidR="008646D8" w:rsidRDefault="00DD13BF">
            <w:pPr>
              <w:spacing w:after="0" w:line="269" w:lineRule="auto"/>
              <w:rPr>
                <w:color w:val="0563C1"/>
                <w:sz w:val="27"/>
              </w:rPr>
            </w:pPr>
            <w:hyperlink r:id="rId26" w:history="1">
              <w:r w:rsidRPr="00DD13BF">
                <w:rPr>
                  <w:rStyle w:val="aff"/>
                  <w:sz w:val="27"/>
                </w:rPr>
                <w:t>https://wetransfer.com/</w:t>
              </w:r>
            </w:hyperlink>
          </w:p>
          <w:p w14:paraId="7A56CD81" w14:textId="77777777" w:rsidR="006F20C1" w:rsidRPr="002D03CE" w:rsidRDefault="006F20C1" w:rsidP="006F20C1">
            <w:pPr>
              <w:pStyle w:val="pdq2pgselectionanchorcontainer"/>
              <w:jc w:val="right"/>
              <w:rPr>
                <w:rFonts w:asciiTheme="minorBidi" w:hAnsiTheme="minorBidi" w:cstheme="minorBidi"/>
                <w:sz w:val="22"/>
                <w:szCs w:val="22"/>
              </w:rPr>
            </w:pPr>
            <w:r w:rsidRPr="002D03CE">
              <w:rPr>
                <w:rFonts w:asciiTheme="minorBidi" w:hAnsiTheme="minorBidi" w:cstheme="minorBidi"/>
                <w:sz w:val="22"/>
                <w:szCs w:val="22"/>
              </w:rPr>
              <w:t xml:space="preserve">For </w:t>
            </w:r>
            <w:r w:rsidRPr="002D03CE">
              <w:rPr>
                <w:rStyle w:val="af8"/>
                <w:rFonts w:asciiTheme="minorBidi" w:hAnsiTheme="minorBidi" w:cstheme="minorBidi"/>
                <w:sz w:val="22"/>
                <w:szCs w:val="22"/>
              </w:rPr>
              <w:t>[Email to]</w:t>
            </w:r>
            <w:r w:rsidRPr="002D03CE">
              <w:rPr>
                <w:rFonts w:asciiTheme="minorBidi" w:hAnsiTheme="minorBidi" w:cstheme="minorBidi"/>
                <w:sz w:val="22"/>
                <w:szCs w:val="22"/>
              </w:rPr>
              <w:t>, please enter the following email address:</w:t>
            </w:r>
          </w:p>
          <w:p w14:paraId="56811F61" w14:textId="665CA951" w:rsidR="006F20C1" w:rsidRDefault="002D03CE" w:rsidP="006F20C1">
            <w:pPr>
              <w:pStyle w:val="Web"/>
              <w:jc w:val="right"/>
              <w:rPr>
                <w:rStyle w:val="af8"/>
                <w:rFonts w:asciiTheme="minorBidi" w:hAnsiTheme="minorBidi" w:cstheme="minorBidi"/>
              </w:rPr>
            </w:pPr>
            <w:hyperlink r:id="rId27" w:history="1">
              <w:r w:rsidRPr="009D6798">
                <w:rPr>
                  <w:rStyle w:val="aff"/>
                  <w:rFonts w:asciiTheme="minorBidi" w:hAnsiTheme="minorBidi" w:cstheme="minorBidi"/>
                </w:rPr>
                <w:t>ailis.hardy@inclusion-international.org</w:t>
              </w:r>
            </w:hyperlink>
          </w:p>
          <w:p w14:paraId="46B3A7D2" w14:textId="523444A9" w:rsidR="002D03CE" w:rsidRPr="002D03CE" w:rsidRDefault="002D03CE" w:rsidP="006F20C1">
            <w:pPr>
              <w:pStyle w:val="Web"/>
              <w:jc w:val="right"/>
              <w:rPr>
                <w:rFonts w:asciiTheme="minorBidi" w:hAnsiTheme="minorBidi" w:cstheme="minorBidi"/>
              </w:rPr>
            </w:pPr>
          </w:p>
        </w:tc>
      </w:tr>
      <w:tr w:rsidR="008646D8" w14:paraId="3D633D40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A74A665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0E7395D3" wp14:editId="49AC84E0">
                  <wp:extent cx="1487540" cy="14875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095" cy="149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9C1744C" w14:textId="1D975ADB" w:rsidR="00522A00" w:rsidRDefault="00522A00" w:rsidP="00AB7272">
            <w:pPr>
              <w:pStyle w:val="pdq2pgselectionanchorcontainer"/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522A00">
              <w:rPr>
                <w:rFonts w:asciiTheme="minorBidi" w:hAnsiTheme="minorBidi" w:cstheme="minorBidi"/>
                <w:b/>
                <w:bCs/>
                <w:sz w:val="32"/>
                <w:szCs w:val="32"/>
                <w:u w:val="single"/>
              </w:rPr>
              <w:t>After sending your video</w:t>
            </w:r>
          </w:p>
          <w:p w14:paraId="7820589D" w14:textId="603A90C9" w:rsidR="008646D8" w:rsidRPr="002D03CE" w:rsidRDefault="00522A00" w:rsidP="00522A00">
            <w:pPr>
              <w:pStyle w:val="pdq2pgselectionanchorcontainer"/>
              <w:rPr>
                <w:rFonts w:asciiTheme="minorBidi" w:hAnsiTheme="minorBidi" w:cstheme="minorBidi"/>
                <w:sz w:val="28"/>
                <w:szCs w:val="28"/>
              </w:rPr>
            </w:pPr>
            <w:r w:rsidRPr="002D03CE">
              <w:rPr>
                <w:rFonts w:asciiTheme="minorBidi" w:hAnsiTheme="minorBidi" w:cstheme="minorBidi" w:hint="eastAsia"/>
                <w:sz w:val="28"/>
                <w:szCs w:val="28"/>
              </w:rPr>
              <w:t>P</w:t>
            </w:r>
            <w:r w:rsidRPr="002D03CE">
              <w:rPr>
                <w:rFonts w:asciiTheme="minorBidi" w:hAnsiTheme="minorBidi" w:cstheme="minorBidi"/>
                <w:sz w:val="28"/>
                <w:szCs w:val="28"/>
              </w:rPr>
              <w:t>lease complete the Google Form to let us know.</w:t>
            </w:r>
          </w:p>
          <w:p w14:paraId="599F874A" w14:textId="77777777" w:rsidR="008646D8" w:rsidRDefault="00522A00">
            <w:pPr>
              <w:spacing w:after="0" w:line="269" w:lineRule="auto"/>
              <w:rPr>
                <w:b/>
                <w:color w:val="000000"/>
                <w:sz w:val="26"/>
              </w:rPr>
            </w:pPr>
            <w:hyperlink r:id="rId29" w:history="1">
              <w:r w:rsidRPr="00522A00">
                <w:rPr>
                  <w:rStyle w:val="aff"/>
                  <w:b/>
                  <w:sz w:val="26"/>
                </w:rPr>
                <w:t>https://forms.gle/4H8JDcrfD7QmVZg19</w:t>
              </w:r>
            </w:hyperlink>
          </w:p>
          <w:p w14:paraId="0BF47CC5" w14:textId="610FEA52" w:rsidR="00522A00" w:rsidRDefault="00522A00" w:rsidP="00522A00">
            <w:pPr>
              <w:spacing w:after="0" w:line="26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A9D306B" wp14:editId="7426960A">
                  <wp:extent cx="848773" cy="848773"/>
                  <wp:effectExtent l="0" t="0" r="8890" b="8890"/>
                  <wp:docPr id="592164769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164769" name="図 592164769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54" cy="8535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46D8" w14:paraId="2C1E97BB" w14:textId="77777777">
        <w:trPr>
          <w:jc w:val="center"/>
        </w:trPr>
        <w:tc>
          <w:tcPr>
            <w:tcW w:w="3456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2331961F" w14:textId="77777777" w:rsidR="008646D8" w:rsidRDefault="00EA5B0C">
            <w:pPr>
              <w:spacing w:after="0"/>
              <w:jc w:val="center"/>
            </w:pPr>
            <w:r>
              <w:rPr>
                <w:noProof/>
              </w:rPr>
              <w:drawing>
                <wp:inline distT="0" distB="0" distL="0" distR="0" wp14:anchorId="65ED981C" wp14:editId="698F0076">
                  <wp:extent cx="1373788" cy="1373788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5_calendar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265" cy="1377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4" w:type="dxa"/>
            <w:tcMar>
              <w:top w:w="110" w:type="dxa"/>
              <w:left w:w="80" w:type="dxa"/>
              <w:bottom w:w="110" w:type="dxa"/>
              <w:right w:w="80" w:type="dxa"/>
            </w:tcMar>
            <w:vAlign w:val="center"/>
          </w:tcPr>
          <w:p w14:paraId="4058DCE2" w14:textId="77777777" w:rsidR="008646D8" w:rsidRDefault="00EA5B0C">
            <w:pPr>
              <w:spacing w:after="0" w:line="269" w:lineRule="auto"/>
            </w:pPr>
            <w:r>
              <w:rPr>
                <w:color w:val="000000"/>
              </w:rPr>
              <w:t>The submission deadline is the end of September 2026.</w:t>
            </w:r>
          </w:p>
        </w:tc>
      </w:tr>
    </w:tbl>
    <w:p w14:paraId="2CAF9B4E" w14:textId="77777777" w:rsidR="000C2C7A" w:rsidRDefault="000C2C7A">
      <w:pPr>
        <w:rPr>
          <w:lang w:eastAsia="ja-JP"/>
        </w:rPr>
      </w:pPr>
    </w:p>
    <w:sectPr w:rsidR="000C2C7A" w:rsidSect="00034616">
      <w:footerReference w:type="default" r:id="rId32"/>
      <w:pgSz w:w="12240" w:h="15840"/>
      <w:pgMar w:top="648" w:right="792" w:bottom="648" w:left="792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DFAE" w14:textId="77777777" w:rsidR="00EA5B0C" w:rsidRDefault="00EA5B0C">
      <w:pPr>
        <w:spacing w:after="0" w:line="240" w:lineRule="auto"/>
      </w:pPr>
      <w:r>
        <w:separator/>
      </w:r>
    </w:p>
  </w:endnote>
  <w:endnote w:type="continuationSeparator" w:id="0">
    <w:p w14:paraId="58206EE9" w14:textId="77777777" w:rsidR="00EA5B0C" w:rsidRDefault="00EA5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D1E1" w14:textId="77777777" w:rsidR="008646D8" w:rsidRDefault="00EA5B0C">
    <w:pPr>
      <w:pStyle w:val="a7"/>
      <w:jc w:val="right"/>
    </w:pPr>
    <w:r>
      <w:rPr>
        <w:color w:val="000000"/>
        <w:sz w:val="22"/>
      </w:rPr>
      <w:fldChar w:fldCharType="begin"/>
    </w:r>
    <w:r>
      <w:rPr>
        <w:color w:val="000000"/>
        <w:sz w:val="22"/>
      </w:rPr>
      <w:instrText xml:space="preserve"> PAGE </w:instrText>
    </w:r>
    <w:r>
      <w:rPr>
        <w:color w:val="000000"/>
        <w:sz w:val="22"/>
      </w:rPr>
      <w:fldChar w:fldCharType="separate"/>
    </w:r>
    <w:r w:rsidR="000B5058">
      <w:rPr>
        <w:noProof/>
        <w:color w:val="000000"/>
        <w:sz w:val="22"/>
      </w:rPr>
      <w:t>1</w:t>
    </w:r>
    <w:r>
      <w:rPr>
        <w:color w:val="00000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FEC2" w14:textId="77777777" w:rsidR="00EA5B0C" w:rsidRDefault="00EA5B0C">
      <w:pPr>
        <w:spacing w:after="0" w:line="240" w:lineRule="auto"/>
      </w:pPr>
      <w:r>
        <w:separator/>
      </w:r>
    </w:p>
  </w:footnote>
  <w:footnote w:type="continuationSeparator" w:id="0">
    <w:p w14:paraId="6D2A9D7D" w14:textId="77777777" w:rsidR="00EA5B0C" w:rsidRDefault="00EA5B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9A67B5"/>
    <w:multiLevelType w:val="hybridMultilevel"/>
    <w:tmpl w:val="7136AA06"/>
    <w:lvl w:ilvl="0" w:tplc="F58ED6DC">
      <w:start w:val="1"/>
      <w:numFmt w:val="decimal"/>
      <w:lvlText w:val="%1-"/>
      <w:lvlJc w:val="left"/>
      <w:pPr>
        <w:ind w:left="360" w:hanging="360"/>
      </w:pPr>
      <w:rPr>
        <w:rFonts w:hint="default"/>
        <w:color w:val="auto"/>
        <w:sz w:val="3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3F0A2176"/>
    <w:multiLevelType w:val="hybridMultilevel"/>
    <w:tmpl w:val="9B2E9B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53E35"/>
    <w:multiLevelType w:val="hybridMultilevel"/>
    <w:tmpl w:val="91F27B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3641973">
    <w:abstractNumId w:val="8"/>
  </w:num>
  <w:num w:numId="2" w16cid:durableId="609045235">
    <w:abstractNumId w:val="6"/>
  </w:num>
  <w:num w:numId="3" w16cid:durableId="1208831744">
    <w:abstractNumId w:val="5"/>
  </w:num>
  <w:num w:numId="4" w16cid:durableId="1891451843">
    <w:abstractNumId w:val="4"/>
  </w:num>
  <w:num w:numId="5" w16cid:durableId="300884017">
    <w:abstractNumId w:val="7"/>
  </w:num>
  <w:num w:numId="6" w16cid:durableId="1586180838">
    <w:abstractNumId w:val="3"/>
  </w:num>
  <w:num w:numId="7" w16cid:durableId="1486971323">
    <w:abstractNumId w:val="2"/>
  </w:num>
  <w:num w:numId="8" w16cid:durableId="256252240">
    <w:abstractNumId w:val="1"/>
  </w:num>
  <w:num w:numId="9" w16cid:durableId="1740861385">
    <w:abstractNumId w:val="0"/>
  </w:num>
  <w:num w:numId="10" w16cid:durableId="1515875745">
    <w:abstractNumId w:val="9"/>
  </w:num>
  <w:num w:numId="11" w16cid:durableId="1868257313">
    <w:abstractNumId w:val="10"/>
  </w:num>
  <w:num w:numId="12" w16cid:durableId="1176044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E7B"/>
    <w:rsid w:val="00034616"/>
    <w:rsid w:val="0006063C"/>
    <w:rsid w:val="000B5058"/>
    <w:rsid w:val="000B532D"/>
    <w:rsid w:val="000C2C7A"/>
    <w:rsid w:val="000D1DA8"/>
    <w:rsid w:val="0015074B"/>
    <w:rsid w:val="00162EEE"/>
    <w:rsid w:val="001D32B2"/>
    <w:rsid w:val="00226202"/>
    <w:rsid w:val="0029639D"/>
    <w:rsid w:val="002D03CE"/>
    <w:rsid w:val="00326F90"/>
    <w:rsid w:val="00327EBA"/>
    <w:rsid w:val="0036490C"/>
    <w:rsid w:val="00376F02"/>
    <w:rsid w:val="003B6DB7"/>
    <w:rsid w:val="004E62C0"/>
    <w:rsid w:val="00522A00"/>
    <w:rsid w:val="005B6465"/>
    <w:rsid w:val="005C454E"/>
    <w:rsid w:val="006F20C1"/>
    <w:rsid w:val="00762DE0"/>
    <w:rsid w:val="0079280E"/>
    <w:rsid w:val="0082106B"/>
    <w:rsid w:val="008646D8"/>
    <w:rsid w:val="008E163B"/>
    <w:rsid w:val="00904500"/>
    <w:rsid w:val="009924BD"/>
    <w:rsid w:val="00AA1D8D"/>
    <w:rsid w:val="00AB7272"/>
    <w:rsid w:val="00B47730"/>
    <w:rsid w:val="00C123F1"/>
    <w:rsid w:val="00C311D4"/>
    <w:rsid w:val="00CB0664"/>
    <w:rsid w:val="00D859A9"/>
    <w:rsid w:val="00D9531F"/>
    <w:rsid w:val="00DD13BF"/>
    <w:rsid w:val="00E705CE"/>
    <w:rsid w:val="00E71C31"/>
    <w:rsid w:val="00EA5B0C"/>
    <w:rsid w:val="00F20221"/>
    <w:rsid w:val="00F94C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CF908"/>
  <w14:defaultImageDpi w14:val="300"/>
  <w15:docId w15:val="{B6170140-EEF7-4F09-93E3-8E780140F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  <w:sz w:val="3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asyBullet">
    <w:name w:val="Easy Bullet"/>
    <w:pPr>
      <w:spacing w:after="60"/>
      <w:ind w:left="317" w:hanging="173"/>
    </w:pPr>
    <w:rPr>
      <w:rFonts w:ascii="Arial" w:hAnsi="Arial"/>
      <w:sz w:val="29"/>
    </w:rPr>
  </w:style>
  <w:style w:type="character" w:styleId="aff">
    <w:name w:val="Hyperlink"/>
    <w:basedOn w:val="a2"/>
    <w:uiPriority w:val="99"/>
    <w:unhideWhenUsed/>
    <w:rsid w:val="00DD13BF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DD13BF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a1"/>
    <w:rsid w:val="00E705C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Web">
    <w:name w:val="Normal (Web)"/>
    <w:basedOn w:val="a1"/>
    <w:uiPriority w:val="99"/>
    <w:unhideWhenUsed/>
    <w:rsid w:val="00162EEE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1">
    <w:name w:val="FollowedHyperlink"/>
    <w:basedOn w:val="a2"/>
    <w:uiPriority w:val="99"/>
    <w:semiHidden/>
    <w:unhideWhenUsed/>
    <w:rsid w:val="00E71C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yperlink" Target="https://wetransfer.com/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yperlink" Target="https://forms.gle/4H8JDcrfD7QmVZg1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s://drive.google.com/drive/folders/1NJ9TTlEx0CuV-7JOHF0HsAzBpSlsh5Cv?usp=sharing" TargetMode="External"/><Relationship Id="rId28" Type="http://schemas.openxmlformats.org/officeDocument/2006/relationships/image" Target="media/image1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yperlink" Target="mailto:ailis.hardy@inclusion-international.org" TargetMode="External"/><Relationship Id="rId30" Type="http://schemas.openxmlformats.org/officeDocument/2006/relationships/image" Target="media/image19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529</Words>
  <Characters>3016</Characters>
  <Application>Microsoft Office Word</Application>
  <DocSecurity>0</DocSecurity>
  <Lines>25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創思苑 パンジー</cp:lastModifiedBy>
  <cp:revision>2</cp:revision>
  <cp:lastPrinted>2026-08-27T00:46:00Z</cp:lastPrinted>
  <dcterms:created xsi:type="dcterms:W3CDTF">2026-08-27T13:34:00Z</dcterms:created>
  <dcterms:modified xsi:type="dcterms:W3CDTF">2026-08-27T13:34:00Z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c716f953-9155-4815-8b6e-c5589dc84368</vt:lpwstr>
  </property>
</Properties>
</file>